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28"/>
        </w:rPr>
        <w:t>愛樂活家品事業有限公司</w:t>
        <w:br/>
        <w:t>現金代領人同意書</w:t>
      </w:r>
    </w:p>
    <w:p>
      <w:r>
        <w:t>本人因故無法親自領取相關款項，特委託下列代領人代為領取，並確認代領人完成領取後，即視同本人已親自領取完成，如有任何爭議概由本人自行負責，與愛樂活家品事業有限公司無涉。</w:t>
      </w:r>
    </w:p>
    <w:p>
      <w:r>
        <w:t>【委託人資料】</w:t>
      </w:r>
    </w:p>
    <w:p>
      <w:r>
        <w:t>姓名：____________  身分證字號：____________</w:t>
      </w:r>
    </w:p>
    <w:p>
      <w:r>
        <w:t>聯絡電話：____________</w:t>
      </w:r>
    </w:p>
    <w:p>
      <w:r>
        <w:t>【代領人資料】</w:t>
      </w:r>
    </w:p>
    <w:p>
      <w:r>
        <w:t>姓名：____________  身分證字號：____________</w:t>
      </w:r>
    </w:p>
    <w:p>
      <w:r>
        <w:t>聯絡電話：____________</w:t>
      </w:r>
    </w:p>
    <w:p>
      <w:r>
        <w:t>代領款項名稱：________________________</w:t>
      </w:r>
    </w:p>
    <w:p>
      <w:r>
        <w:t>代領金額：新台幣________________元整</w:t>
      </w:r>
    </w:p>
    <w:p>
      <w:r>
        <w:br/>
        <w:t>委託人簽名：____________________</w:t>
      </w:r>
    </w:p>
    <w:p>
      <w:r>
        <w:t>代領人簽名：____________________</w:t>
      </w:r>
    </w:p>
    <w:p>
      <w:r>
        <w:t>簽署日期：______年______月______日</w:t>
      </w:r>
    </w:p>
    <w:p>
      <w:r>
        <w:br/>
        <w:t>【身分證影本黏貼處】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535"/>
        <w:gridCol w:w="4535"/>
      </w:tblGrid>
      <w:tr>
        <w:tc>
          <w:tcPr>
            <w:tcW w:type="dxa" w:w="5440"/>
          </w:tcPr>
          <w:p>
            <w:r>
              <w:t>委託人身分證影本黏貼處</w:t>
              <w:br/>
              <w:br/>
              <w:t>（正面或影本）</w:t>
            </w:r>
          </w:p>
        </w:tc>
        <w:tc>
          <w:tcPr>
            <w:tcW w:type="dxa" w:w="5440"/>
          </w:tcPr>
          <w:p>
            <w:r>
              <w:t>代領人身分證影本黏貼處</w:t>
              <w:br/>
              <w:br/>
              <w:t>（正面或影本）</w:t>
            </w:r>
          </w:p>
        </w:tc>
      </w:tr>
    </w:tbl>
    <w:sectPr w:rsidR="00FC693F" w:rsidRPr="0006063C" w:rsidSect="00034616">
      <w:pgSz w:w="12240" w:h="15840"/>
      <w:pgMar w:top="680" w:right="680" w:bottom="680" w:left="6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