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8"/>
        </w:rPr>
        <w:t>愛樂活家品事業有限公司</w:t>
        <w:br/>
        <w:t>未成年會員法定代理人同意書</w:t>
      </w:r>
    </w:p>
    <w:p>
      <w:r>
        <w:t>本人為下列申請人之法定代理人，已了解愛樂活會員制度及相關規範，同意其申請加入愛樂活家品事業有限公司會員，並願依法負擔法定代理人應負之責任。</w:t>
      </w:r>
    </w:p>
    <w:p>
      <w:r>
        <w:t>【未成年會員】姓名：____________ 身分證字號：____________ 出生日期：____年____月____日</w:t>
      </w:r>
    </w:p>
    <w:p>
      <w:r>
        <w:t>聯絡電話：____________</w:t>
      </w:r>
    </w:p>
    <w:p>
      <w:r>
        <w:t>【法定代理人】姓名：____________ 關係：□父 □母 □監護人 □其他______</w:t>
      </w:r>
    </w:p>
    <w:p>
      <w:r>
        <w:t>身分證字號：____________ 聯絡電話：____________</w:t>
      </w:r>
    </w:p>
    <w:p>
      <w:r>
        <w:t>【聲明事項】</w:t>
      </w:r>
    </w:p>
    <w:p>
      <w:r>
        <w:t>□ 本人已閱讀並同意愛樂活會員制度及相關規範。</w:t>
      </w:r>
    </w:p>
    <w:p>
      <w:r>
        <w:t>□ 本人同意申請人成為愛樂活會員。</w:t>
      </w:r>
    </w:p>
    <w:p>
      <w:r>
        <w:t>□ 本人知悉會員資格不保證任何收入或獲利。</w:t>
      </w:r>
    </w:p>
    <w:p>
      <w:r>
        <w:t>□ 本人同意公司依法蒐集、處理及利用相關個人資料。</w:t>
      </w:r>
    </w:p>
    <w:p>
      <w:r>
        <w:br/>
        <w:t>未成年會員簽名：____________________</w:t>
      </w:r>
    </w:p>
    <w:p>
      <w:r>
        <w:t>法定代理人簽名：____________________</w:t>
      </w:r>
    </w:p>
    <w:p>
      <w:r>
        <w:t>簽署日期：______年______月______日</w:t>
      </w:r>
    </w:p>
    <w:p>
      <w:r>
        <w:br/>
        <w:t>應備文件：□會員身分證影本 □法定代理人身分證影本 □親屬關係證明文件</w:t>
      </w:r>
    </w:p>
    <w:p>
      <w:r>
        <w:br/>
        <w:t>愛樂活家品事業有限公司　電話：04-2238-0380　地址：台中市北區崇德路一段631號19樓之2</w:t>
      </w:r>
    </w:p>
    <w:sectPr w:rsidR="00FC693F" w:rsidRPr="0006063C" w:rsidSect="00034616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