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1A941" w14:textId="5A741208" w:rsidR="007A3098" w:rsidRPr="00325757" w:rsidRDefault="00325757" w:rsidP="00325757">
      <w:pPr>
        <w:spacing w:after="40"/>
        <w:jc w:val="center"/>
        <w:rPr>
          <w:rFonts w:eastAsia="新細明體" w:hint="eastAsia"/>
          <w:lang w:eastAsia="zh-TW"/>
        </w:rPr>
      </w:pPr>
      <w:r>
        <w:rPr>
          <w:b/>
          <w:noProof/>
          <w:color w:val="1F4E5F"/>
          <w:sz w:val="32"/>
          <w:lang w:eastAsia="zh-TW"/>
        </w:rPr>
        <w:drawing>
          <wp:anchor distT="0" distB="0" distL="114300" distR="114300" simplePos="0" relativeHeight="251660800" behindDoc="0" locked="0" layoutInCell="1" allowOverlap="1" wp14:anchorId="0D9677C7" wp14:editId="34D56B06">
            <wp:simplePos x="0" y="0"/>
            <wp:positionH relativeFrom="column">
              <wp:posOffset>3810</wp:posOffset>
            </wp:positionH>
            <wp:positionV relativeFrom="page">
              <wp:posOffset>198120</wp:posOffset>
            </wp:positionV>
            <wp:extent cx="777240" cy="772160"/>
            <wp:effectExtent l="0" t="0" r="3810" b="8890"/>
            <wp:wrapNone/>
            <wp:docPr id="77006336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63364" name="圖片 770063364"/>
                    <pic:cNvPicPr/>
                  </pic:nvPicPr>
                  <pic:blipFill rotWithShape="1">
                    <a:blip r:embed="rId8"/>
                    <a:srcRect t="10212" r="9043" b="17446"/>
                    <a:stretch>
                      <a:fillRect/>
                    </a:stretch>
                  </pic:blipFill>
                  <pic:spPr bwMode="auto">
                    <a:xfrm>
                      <a:off x="0" y="0"/>
                      <a:ext cx="777240" cy="772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1F4E5F"/>
          <w:sz w:val="48"/>
        </w:rPr>
        <w:t>產品商合作契約書</w:t>
      </w:r>
    </w:p>
    <w:p w14:paraId="2656F616" w14:textId="151470C0" w:rsidR="007A3098" w:rsidRDefault="00000000">
      <w:pPr>
        <w:spacing w:after="160"/>
        <w:jc w:val="center"/>
      </w:pPr>
      <w:r>
        <w:rPr>
          <w:b/>
          <w:color w:val="C79A3B"/>
        </w:rPr>
        <w:t>Product Partner Agreement</w:t>
      </w:r>
    </w:p>
    <w:tbl>
      <w:tblPr>
        <w:tblW w:w="10689" w:type="dxa"/>
        <w:jc w:val="center"/>
        <w:tblLayout w:type="fixed"/>
        <w:tblLook w:val="04A0" w:firstRow="1" w:lastRow="0" w:firstColumn="1" w:lastColumn="0" w:noHBand="0" w:noVBand="1"/>
      </w:tblPr>
      <w:tblGrid>
        <w:gridCol w:w="2649"/>
        <w:gridCol w:w="2649"/>
        <w:gridCol w:w="2649"/>
        <w:gridCol w:w="2742"/>
      </w:tblGrid>
      <w:tr w:rsidR="007A3098" w14:paraId="3E2CA580" w14:textId="77777777" w:rsidTr="00AA6370">
        <w:trPr>
          <w:trHeight w:val="686"/>
          <w:jc w:val="center"/>
        </w:trPr>
        <w:tc>
          <w:tcPr>
            <w:tcW w:w="2649" w:type="dxa"/>
            <w:tcBorders>
              <w:top w:val="single" w:sz="0" w:space="0" w:color="FFFFFF"/>
              <w:left w:val="single" w:sz="0" w:space="0" w:color="FFFFFF"/>
              <w:bottom w:val="single" w:sz="0" w:space="0" w:color="FFFFFF"/>
              <w:right w:val="single" w:sz="0" w:space="0" w:color="FFFFFF"/>
            </w:tcBorders>
            <w:shd w:val="clear" w:color="auto" w:fill="EEF5F7"/>
            <w:vAlign w:val="center"/>
          </w:tcPr>
          <w:p w14:paraId="712B6ACD" w14:textId="4403C642" w:rsidR="007A3098" w:rsidRDefault="00000000">
            <w:pPr>
              <w:spacing w:after="0"/>
              <w:jc w:val="center"/>
              <w:rPr>
                <w:lang w:eastAsia="zh-TW"/>
              </w:rPr>
            </w:pPr>
            <w:r w:rsidRPr="002B223D">
              <w:rPr>
                <w:b/>
                <w:color w:val="1F4E5F"/>
                <w:sz w:val="20"/>
                <w:szCs w:val="20"/>
                <w:lang w:eastAsia="zh-TW"/>
              </w:rPr>
              <w:t>合作清楚</w:t>
            </w:r>
            <w:r w:rsidRPr="002B223D">
              <w:rPr>
                <w:b/>
                <w:color w:val="1F4E5F"/>
                <w:sz w:val="20"/>
                <w:szCs w:val="20"/>
                <w:lang w:eastAsia="zh-TW"/>
              </w:rPr>
              <w:br/>
            </w:r>
            <w:r w:rsidRPr="002B223D">
              <w:rPr>
                <w:color w:val="666666"/>
                <w:sz w:val="18"/>
                <w:szCs w:val="28"/>
                <w:lang w:eastAsia="zh-TW"/>
              </w:rPr>
              <w:t>產品、價格、物流以附件確認</w:t>
            </w:r>
          </w:p>
        </w:tc>
        <w:tc>
          <w:tcPr>
            <w:tcW w:w="2649" w:type="dxa"/>
            <w:tcBorders>
              <w:top w:val="single" w:sz="0" w:space="0" w:color="FFFFFF"/>
              <w:left w:val="single" w:sz="0" w:space="0" w:color="FFFFFF"/>
              <w:bottom w:val="single" w:sz="0" w:space="0" w:color="FFFFFF"/>
              <w:right w:val="single" w:sz="0" w:space="0" w:color="FFFFFF"/>
            </w:tcBorders>
            <w:shd w:val="clear" w:color="auto" w:fill="F8F3EA"/>
            <w:vAlign w:val="center"/>
          </w:tcPr>
          <w:p w14:paraId="29AD3F3F" w14:textId="53BD87E9" w:rsidR="007A3098" w:rsidRDefault="00000000">
            <w:pPr>
              <w:spacing w:after="0"/>
              <w:jc w:val="center"/>
              <w:rPr>
                <w:lang w:eastAsia="zh-TW"/>
              </w:rPr>
            </w:pPr>
            <w:r w:rsidRPr="002B223D">
              <w:rPr>
                <w:b/>
                <w:color w:val="1F4E5F"/>
                <w:sz w:val="20"/>
                <w:szCs w:val="20"/>
                <w:lang w:eastAsia="zh-TW"/>
              </w:rPr>
              <w:t>合規優先</w:t>
            </w:r>
            <w:r>
              <w:rPr>
                <w:b/>
                <w:color w:val="1F4E5F"/>
                <w:lang w:eastAsia="zh-TW"/>
              </w:rPr>
              <w:br/>
            </w:r>
            <w:r w:rsidRPr="002B223D">
              <w:rPr>
                <w:color w:val="666666"/>
                <w:sz w:val="18"/>
                <w:szCs w:val="28"/>
                <w:lang w:eastAsia="zh-TW"/>
              </w:rPr>
              <w:t>標示、廣告、證明文件先到位</w:t>
            </w:r>
          </w:p>
        </w:tc>
        <w:tc>
          <w:tcPr>
            <w:tcW w:w="2649" w:type="dxa"/>
            <w:tcBorders>
              <w:top w:val="single" w:sz="0" w:space="0" w:color="FFFFFF"/>
              <w:left w:val="single" w:sz="0" w:space="0" w:color="FFFFFF"/>
              <w:bottom w:val="single" w:sz="0" w:space="0" w:color="FFFFFF"/>
              <w:right w:val="single" w:sz="0" w:space="0" w:color="FFFFFF"/>
            </w:tcBorders>
            <w:shd w:val="clear" w:color="auto" w:fill="EEF5F7"/>
            <w:vAlign w:val="center"/>
          </w:tcPr>
          <w:p w14:paraId="766028A1" w14:textId="77777777" w:rsidR="007A3098" w:rsidRDefault="00000000">
            <w:pPr>
              <w:spacing w:after="0"/>
              <w:jc w:val="center"/>
              <w:rPr>
                <w:lang w:eastAsia="zh-TW"/>
              </w:rPr>
            </w:pPr>
            <w:r w:rsidRPr="002B223D">
              <w:rPr>
                <w:b/>
                <w:color w:val="1F4E5F"/>
                <w:sz w:val="20"/>
                <w:szCs w:val="20"/>
                <w:lang w:eastAsia="zh-TW"/>
              </w:rPr>
              <w:t>責任對等</w:t>
            </w:r>
            <w:r w:rsidRPr="002B223D">
              <w:rPr>
                <w:b/>
                <w:color w:val="1F4E5F"/>
                <w:sz w:val="20"/>
                <w:szCs w:val="20"/>
                <w:lang w:eastAsia="zh-TW"/>
              </w:rPr>
              <w:br/>
            </w:r>
            <w:r w:rsidRPr="002B223D">
              <w:rPr>
                <w:color w:val="666666"/>
                <w:sz w:val="18"/>
                <w:szCs w:val="28"/>
                <w:lang w:eastAsia="zh-TW"/>
              </w:rPr>
              <w:t>依可歸責原因分擔風險</w:t>
            </w:r>
          </w:p>
        </w:tc>
        <w:tc>
          <w:tcPr>
            <w:tcW w:w="2742" w:type="dxa"/>
            <w:tcBorders>
              <w:top w:val="single" w:sz="0" w:space="0" w:color="FFFFFF"/>
              <w:left w:val="single" w:sz="0" w:space="0" w:color="FFFFFF"/>
              <w:bottom w:val="single" w:sz="0" w:space="0" w:color="FFFFFF"/>
              <w:right w:val="single" w:sz="0" w:space="0" w:color="FFFFFF"/>
            </w:tcBorders>
            <w:shd w:val="clear" w:color="auto" w:fill="F8F3EA"/>
            <w:vAlign w:val="center"/>
          </w:tcPr>
          <w:p w14:paraId="62039309" w14:textId="77777777" w:rsidR="007A3098" w:rsidRDefault="00000000">
            <w:pPr>
              <w:spacing w:after="0"/>
              <w:jc w:val="center"/>
              <w:rPr>
                <w:lang w:eastAsia="zh-TW"/>
              </w:rPr>
            </w:pPr>
            <w:r w:rsidRPr="002B223D">
              <w:rPr>
                <w:b/>
                <w:color w:val="1F4E5F"/>
                <w:sz w:val="20"/>
                <w:szCs w:val="20"/>
                <w:lang w:eastAsia="zh-TW"/>
              </w:rPr>
              <w:t>結帳透明</w:t>
            </w:r>
            <w:r>
              <w:rPr>
                <w:b/>
                <w:color w:val="1F4E5F"/>
                <w:lang w:eastAsia="zh-TW"/>
              </w:rPr>
              <w:br/>
            </w:r>
            <w:r w:rsidRPr="002B223D">
              <w:rPr>
                <w:color w:val="666666"/>
                <w:sz w:val="18"/>
                <w:szCs w:val="28"/>
                <w:lang w:eastAsia="zh-TW"/>
              </w:rPr>
              <w:t>實銷、對帳、發票流程明確</w:t>
            </w:r>
          </w:p>
        </w:tc>
      </w:tr>
    </w:tbl>
    <w:p w14:paraId="51D5E22F" w14:textId="58396DFC" w:rsidR="007A3098" w:rsidRPr="00B922F2" w:rsidRDefault="00000000">
      <w:pPr>
        <w:spacing w:before="100"/>
        <w:rPr>
          <w:bCs/>
          <w:lang w:eastAsia="zh-TW"/>
        </w:rPr>
      </w:pPr>
      <w:r>
        <w:rPr>
          <w:b/>
          <w:color w:val="1F4E5F"/>
          <w:sz w:val="21"/>
          <w:lang w:eastAsia="zh-TW"/>
        </w:rPr>
        <w:t>契約資訊表</w:t>
      </w:r>
      <w:r w:rsidRPr="00B922F2">
        <w:rPr>
          <w:bCs/>
          <w:color w:val="1F4E5F"/>
          <w:sz w:val="21"/>
          <w:lang w:eastAsia="zh-TW"/>
        </w:rPr>
        <w:t>（簽署前請補齊空白欄位）</w:t>
      </w:r>
    </w:p>
    <w:tbl>
      <w:tblPr>
        <w:tblW w:w="10740" w:type="dxa"/>
        <w:tblLayout w:type="fixed"/>
        <w:tblLook w:val="04A0" w:firstRow="1" w:lastRow="0" w:firstColumn="1" w:lastColumn="0" w:noHBand="0" w:noVBand="1"/>
      </w:tblPr>
      <w:tblGrid>
        <w:gridCol w:w="2518"/>
        <w:gridCol w:w="8222"/>
      </w:tblGrid>
      <w:tr w:rsidR="007A3098" w14:paraId="35BF43A5" w14:textId="77777777" w:rsidTr="00AA6370">
        <w:trPr>
          <w:cantSplit/>
        </w:trPr>
        <w:tc>
          <w:tcPr>
            <w:tcW w:w="2518" w:type="dxa"/>
            <w:tcBorders>
              <w:top w:val="single" w:sz="6" w:space="0" w:color="C9D6DC"/>
              <w:left w:val="single" w:sz="6" w:space="0" w:color="C9D6DC"/>
              <w:bottom w:val="single" w:sz="6" w:space="0" w:color="C9D6DC"/>
              <w:right w:val="single" w:sz="6" w:space="0" w:color="C9D6DC"/>
            </w:tcBorders>
            <w:shd w:val="clear" w:color="auto" w:fill="1F4E5F"/>
            <w:vAlign w:val="center"/>
          </w:tcPr>
          <w:p w14:paraId="1553183E" w14:textId="4ED151A9" w:rsidR="007A3098" w:rsidRDefault="00000000">
            <w:pPr>
              <w:spacing w:after="0" w:line="252" w:lineRule="auto"/>
              <w:jc w:val="center"/>
            </w:pPr>
            <w:r>
              <w:rPr>
                <w:b/>
                <w:color w:val="FFFFFF"/>
                <w:sz w:val="18"/>
              </w:rPr>
              <w:t>甲方</w:t>
            </w:r>
          </w:p>
        </w:tc>
        <w:tc>
          <w:tcPr>
            <w:tcW w:w="8222" w:type="dxa"/>
            <w:tcBorders>
              <w:top w:val="single" w:sz="6" w:space="0" w:color="C9D6DC"/>
              <w:left w:val="single" w:sz="6" w:space="0" w:color="C9D6DC"/>
              <w:bottom w:val="single" w:sz="6" w:space="0" w:color="C9D6DC"/>
              <w:right w:val="single" w:sz="6" w:space="0" w:color="C9D6DC"/>
            </w:tcBorders>
            <w:vAlign w:val="center"/>
          </w:tcPr>
          <w:p w14:paraId="2FD5BCF8" w14:textId="77777777" w:rsidR="007A3098" w:rsidRDefault="00000000">
            <w:pPr>
              <w:spacing w:after="0" w:line="252" w:lineRule="auto"/>
              <w:rPr>
                <w:lang w:eastAsia="zh-TW"/>
              </w:rPr>
            </w:pPr>
            <w:r>
              <w:rPr>
                <w:sz w:val="18"/>
                <w:lang w:eastAsia="zh-TW"/>
              </w:rPr>
              <w:t>愛樂活家品事業有限公司</w:t>
            </w:r>
          </w:p>
        </w:tc>
      </w:tr>
      <w:tr w:rsidR="007A3098" w14:paraId="52762203" w14:textId="77777777" w:rsidTr="00AA6370">
        <w:trPr>
          <w:cantSplit/>
          <w:trHeight w:val="589"/>
        </w:trPr>
        <w:tc>
          <w:tcPr>
            <w:tcW w:w="2518"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0592EAB6" w14:textId="77777777" w:rsidR="007A3098" w:rsidRDefault="00000000">
            <w:pPr>
              <w:spacing w:after="0" w:line="252" w:lineRule="auto"/>
              <w:jc w:val="center"/>
            </w:pPr>
            <w:r>
              <w:rPr>
                <w:b/>
                <w:color w:val="1F4E5F"/>
                <w:sz w:val="18"/>
              </w:rPr>
              <w:t>乙方／產品商</w:t>
            </w:r>
          </w:p>
        </w:tc>
        <w:tc>
          <w:tcPr>
            <w:tcW w:w="8222" w:type="dxa"/>
            <w:tcBorders>
              <w:top w:val="single" w:sz="6" w:space="0" w:color="C9D6DC"/>
              <w:left w:val="single" w:sz="6" w:space="0" w:color="C9D6DC"/>
              <w:bottom w:val="single" w:sz="6" w:space="0" w:color="C9D6DC"/>
              <w:right w:val="single" w:sz="6" w:space="0" w:color="C9D6DC"/>
            </w:tcBorders>
            <w:vAlign w:val="center"/>
          </w:tcPr>
          <w:p w14:paraId="7042EC74" w14:textId="77777777" w:rsidR="007A3098" w:rsidRDefault="00000000">
            <w:pPr>
              <w:spacing w:after="0" w:line="252" w:lineRule="auto"/>
            </w:pPr>
            <w:r>
              <w:rPr>
                <w:sz w:val="18"/>
              </w:rPr>
              <w:t xml:space="preserve">　　　　　　　　　　　　　　　　　　　　　　　　　　　</w:t>
            </w:r>
          </w:p>
        </w:tc>
      </w:tr>
      <w:tr w:rsidR="007A3098" w14:paraId="7E53ED40" w14:textId="77777777" w:rsidTr="00AA6370">
        <w:trPr>
          <w:cantSplit/>
          <w:trHeight w:val="272"/>
        </w:trPr>
        <w:tc>
          <w:tcPr>
            <w:tcW w:w="2518"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1903C14E" w14:textId="77777777" w:rsidR="007A3098" w:rsidRDefault="00000000">
            <w:pPr>
              <w:spacing w:after="0" w:line="252" w:lineRule="auto"/>
              <w:jc w:val="center"/>
            </w:pPr>
            <w:r>
              <w:rPr>
                <w:b/>
                <w:color w:val="1F4E5F"/>
                <w:sz w:val="18"/>
              </w:rPr>
              <w:t>合作模式</w:t>
            </w:r>
          </w:p>
        </w:tc>
        <w:tc>
          <w:tcPr>
            <w:tcW w:w="8222" w:type="dxa"/>
            <w:tcBorders>
              <w:top w:val="single" w:sz="6" w:space="0" w:color="C9D6DC"/>
              <w:left w:val="single" w:sz="6" w:space="0" w:color="C9D6DC"/>
              <w:bottom w:val="single" w:sz="6" w:space="0" w:color="C9D6DC"/>
              <w:right w:val="single" w:sz="6" w:space="0" w:color="C9D6DC"/>
            </w:tcBorders>
            <w:vAlign w:val="center"/>
          </w:tcPr>
          <w:p w14:paraId="401B9C9C" w14:textId="5B1FDB5B" w:rsidR="007A3098" w:rsidRPr="00325757" w:rsidRDefault="002B223D">
            <w:pPr>
              <w:spacing w:after="0" w:line="252" w:lineRule="auto"/>
              <w:rPr>
                <w:rFonts w:eastAsia="新細明體" w:hint="eastAsia"/>
                <w:lang w:eastAsia="zh-TW"/>
              </w:rPr>
            </w:pPr>
            <w:r>
              <w:rPr>
                <w:rFonts w:ascii="新細明體" w:eastAsia="新細明體" w:hAnsi="新細明體" w:cs="Times New Roman" w:hint="eastAsia"/>
                <w:b/>
                <w:color w:val="1F4E5F"/>
                <w:sz w:val="24"/>
                <w:lang w:eastAsia="zh-TW"/>
              </w:rPr>
              <w:t>□</w:t>
            </w:r>
            <w:r>
              <w:rPr>
                <w:sz w:val="18"/>
                <w:lang w:eastAsia="zh-TW"/>
              </w:rPr>
              <w:t>買斷進貨</w:t>
            </w:r>
            <w:r w:rsidR="00B922F2">
              <w:rPr>
                <w:rFonts w:ascii="新細明體" w:eastAsia="新細明體" w:hAnsi="新細明體" w:hint="eastAsia"/>
                <w:sz w:val="18"/>
                <w:lang w:eastAsia="zh-TW"/>
              </w:rPr>
              <w:t xml:space="preserve"> </w:t>
            </w:r>
            <w:r>
              <w:rPr>
                <w:rFonts w:ascii="新細明體" w:eastAsia="新細明體" w:hAnsi="新細明體" w:cs="Times New Roman" w:hint="eastAsia"/>
                <w:b/>
                <w:color w:val="1F4E5F"/>
                <w:sz w:val="24"/>
                <w:lang w:eastAsia="zh-TW"/>
              </w:rPr>
              <w:t>□</w:t>
            </w:r>
            <w:r>
              <w:rPr>
                <w:sz w:val="18"/>
                <w:lang w:eastAsia="zh-TW"/>
              </w:rPr>
              <w:t>寄售／實銷實付</w:t>
            </w:r>
            <w:r w:rsidR="00B922F2">
              <w:rPr>
                <w:rFonts w:ascii="新細明體" w:eastAsia="新細明體" w:hAnsi="新細明體" w:hint="eastAsia"/>
                <w:sz w:val="18"/>
                <w:lang w:eastAsia="zh-TW"/>
              </w:rPr>
              <w:t xml:space="preserve"> </w:t>
            </w:r>
            <w:r>
              <w:rPr>
                <w:rFonts w:ascii="新細明體" w:eastAsia="新細明體" w:hAnsi="新細明體" w:cs="Times New Roman" w:hint="eastAsia"/>
                <w:b/>
                <w:color w:val="1F4E5F"/>
                <w:sz w:val="24"/>
                <w:lang w:eastAsia="zh-TW"/>
              </w:rPr>
              <w:t>□</w:t>
            </w:r>
            <w:r>
              <w:rPr>
                <w:sz w:val="18"/>
                <w:lang w:eastAsia="zh-TW"/>
              </w:rPr>
              <w:t xml:space="preserve"> 代銷抽成</w:t>
            </w:r>
            <w:r w:rsidR="00B922F2">
              <w:rPr>
                <w:rFonts w:ascii="新細明體" w:eastAsia="新細明體" w:hAnsi="新細明體" w:hint="eastAsia"/>
                <w:sz w:val="18"/>
                <w:lang w:eastAsia="zh-TW"/>
              </w:rPr>
              <w:t xml:space="preserve"> </w:t>
            </w:r>
            <w:r>
              <w:rPr>
                <w:rFonts w:ascii="新細明體" w:eastAsia="新細明體" w:hAnsi="新細明體" w:cs="Times New Roman" w:hint="eastAsia"/>
                <w:b/>
                <w:color w:val="1F4E5F"/>
                <w:sz w:val="24"/>
                <w:lang w:eastAsia="zh-TW"/>
              </w:rPr>
              <w:t>□</w:t>
            </w:r>
            <w:r>
              <w:rPr>
                <w:sz w:val="18"/>
                <w:lang w:eastAsia="zh-TW"/>
              </w:rPr>
              <w:t xml:space="preserve"> 其他：</w:t>
            </w:r>
            <w:r w:rsidR="00325757" w:rsidRPr="00325757">
              <w:rPr>
                <w:sz w:val="24"/>
                <w:szCs w:val="32"/>
                <w:lang w:eastAsia="zh-TW"/>
              </w:rPr>
              <w:t xml:space="preserve">　　　　　　　　　　　</w:t>
            </w:r>
          </w:p>
        </w:tc>
      </w:tr>
      <w:tr w:rsidR="007A3098" w14:paraId="24B4467C" w14:textId="77777777" w:rsidTr="00AA6370">
        <w:trPr>
          <w:cantSplit/>
        </w:trPr>
        <w:tc>
          <w:tcPr>
            <w:tcW w:w="2518"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74C1B59F" w14:textId="4FEFFD9F" w:rsidR="007A3098" w:rsidRDefault="00000000">
            <w:pPr>
              <w:spacing w:after="0" w:line="252" w:lineRule="auto"/>
              <w:jc w:val="center"/>
            </w:pPr>
            <w:r>
              <w:rPr>
                <w:b/>
                <w:color w:val="1F4E5F"/>
                <w:sz w:val="18"/>
              </w:rPr>
              <w:t>合作產品</w:t>
            </w:r>
          </w:p>
        </w:tc>
        <w:tc>
          <w:tcPr>
            <w:tcW w:w="8222" w:type="dxa"/>
            <w:tcBorders>
              <w:top w:val="single" w:sz="6" w:space="0" w:color="C9D6DC"/>
              <w:left w:val="single" w:sz="6" w:space="0" w:color="C9D6DC"/>
              <w:bottom w:val="single" w:sz="6" w:space="0" w:color="C9D6DC"/>
              <w:right w:val="single" w:sz="6" w:space="0" w:color="C9D6DC"/>
            </w:tcBorders>
            <w:vAlign w:val="center"/>
          </w:tcPr>
          <w:p w14:paraId="46617AE4" w14:textId="77777777" w:rsidR="007A3098" w:rsidRDefault="00000000">
            <w:pPr>
              <w:spacing w:after="0" w:line="252" w:lineRule="auto"/>
              <w:rPr>
                <w:lang w:eastAsia="zh-TW"/>
              </w:rPr>
            </w:pPr>
            <w:r>
              <w:rPr>
                <w:sz w:val="18"/>
                <w:lang w:eastAsia="zh-TW"/>
              </w:rPr>
              <w:t>詳附件一「產品合作資料表」</w:t>
            </w:r>
          </w:p>
        </w:tc>
      </w:tr>
      <w:tr w:rsidR="007A3098" w14:paraId="1BF5D925" w14:textId="77777777" w:rsidTr="00AA6370">
        <w:trPr>
          <w:cantSplit/>
          <w:trHeight w:val="422"/>
        </w:trPr>
        <w:tc>
          <w:tcPr>
            <w:tcW w:w="2518"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3300CBBA" w14:textId="79E35817" w:rsidR="007A3098" w:rsidRDefault="00000000">
            <w:pPr>
              <w:spacing w:after="0" w:line="252" w:lineRule="auto"/>
              <w:jc w:val="center"/>
            </w:pPr>
            <w:r>
              <w:rPr>
                <w:b/>
                <w:color w:val="1F4E5F"/>
                <w:sz w:val="18"/>
              </w:rPr>
              <w:t>結帳方式</w:t>
            </w:r>
          </w:p>
        </w:tc>
        <w:tc>
          <w:tcPr>
            <w:tcW w:w="8222" w:type="dxa"/>
            <w:tcBorders>
              <w:top w:val="single" w:sz="6" w:space="0" w:color="C9D6DC"/>
              <w:left w:val="single" w:sz="6" w:space="0" w:color="C9D6DC"/>
              <w:bottom w:val="single" w:sz="6" w:space="0" w:color="C9D6DC"/>
              <w:right w:val="single" w:sz="6" w:space="0" w:color="C9D6DC"/>
            </w:tcBorders>
            <w:vAlign w:val="center"/>
          </w:tcPr>
          <w:p w14:paraId="40947FC1" w14:textId="59A01470" w:rsidR="007A3098" w:rsidRDefault="002B223D">
            <w:pPr>
              <w:spacing w:after="0" w:line="252" w:lineRule="auto"/>
              <w:rPr>
                <w:lang w:eastAsia="zh-TW"/>
              </w:rPr>
            </w:pPr>
            <w:r>
              <w:rPr>
                <w:rFonts w:ascii="新細明體" w:eastAsia="新細明體" w:hAnsi="新細明體" w:cs="Times New Roman" w:hint="eastAsia"/>
                <w:b/>
                <w:color w:val="1F4E5F"/>
                <w:sz w:val="24"/>
                <w:lang w:eastAsia="zh-TW"/>
              </w:rPr>
              <w:t>□</w:t>
            </w:r>
            <w:r>
              <w:rPr>
                <w:sz w:val="18"/>
                <w:lang w:eastAsia="zh-TW"/>
              </w:rPr>
              <w:t>月結30日</w:t>
            </w:r>
            <w:r w:rsidR="00B922F2">
              <w:rPr>
                <w:rFonts w:ascii="新細明體" w:eastAsia="新細明體" w:hAnsi="新細明體" w:hint="eastAsia"/>
                <w:sz w:val="18"/>
                <w:lang w:eastAsia="zh-TW"/>
              </w:rPr>
              <w:t xml:space="preserve"> </w:t>
            </w:r>
            <w:r>
              <w:rPr>
                <w:rFonts w:ascii="新細明體" w:eastAsia="新細明體" w:hAnsi="新細明體" w:cs="Times New Roman" w:hint="eastAsia"/>
                <w:b/>
                <w:color w:val="1F4E5F"/>
                <w:sz w:val="24"/>
                <w:lang w:eastAsia="zh-TW"/>
              </w:rPr>
              <w:t>□</w:t>
            </w:r>
            <w:r>
              <w:rPr>
                <w:sz w:val="18"/>
                <w:lang w:eastAsia="zh-TW"/>
              </w:rPr>
              <w:t>月結60日</w:t>
            </w:r>
            <w:r w:rsidR="00B922F2">
              <w:rPr>
                <w:rFonts w:ascii="新細明體" w:eastAsia="新細明體" w:hAnsi="新細明體" w:hint="eastAsia"/>
                <w:sz w:val="18"/>
                <w:lang w:eastAsia="zh-TW"/>
              </w:rPr>
              <w:t xml:space="preserve"> </w:t>
            </w:r>
            <w:r>
              <w:rPr>
                <w:rFonts w:ascii="新細明體" w:eastAsia="新細明體" w:hAnsi="新細明體" w:cs="Times New Roman" w:hint="eastAsia"/>
                <w:b/>
                <w:color w:val="1F4E5F"/>
                <w:sz w:val="24"/>
                <w:lang w:eastAsia="zh-TW"/>
              </w:rPr>
              <w:t>□</w:t>
            </w:r>
            <w:r>
              <w:rPr>
                <w:sz w:val="18"/>
                <w:lang w:eastAsia="zh-TW"/>
              </w:rPr>
              <w:t xml:space="preserve">其他：　　　　　　　　　　　　　　　　</w:t>
            </w:r>
          </w:p>
        </w:tc>
      </w:tr>
      <w:tr w:rsidR="007A3098" w14:paraId="392F4D95" w14:textId="77777777" w:rsidTr="00AA6370">
        <w:trPr>
          <w:cantSplit/>
          <w:trHeight w:val="272"/>
        </w:trPr>
        <w:tc>
          <w:tcPr>
            <w:tcW w:w="2518"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4198259A" w14:textId="77777777" w:rsidR="007A3098" w:rsidRDefault="00000000">
            <w:pPr>
              <w:spacing w:after="0" w:line="252" w:lineRule="auto"/>
              <w:jc w:val="center"/>
            </w:pPr>
            <w:r>
              <w:rPr>
                <w:b/>
                <w:color w:val="1F4E5F"/>
                <w:sz w:val="18"/>
              </w:rPr>
              <w:t>契約期間</w:t>
            </w:r>
          </w:p>
        </w:tc>
        <w:tc>
          <w:tcPr>
            <w:tcW w:w="8222" w:type="dxa"/>
            <w:tcBorders>
              <w:top w:val="single" w:sz="6" w:space="0" w:color="C9D6DC"/>
              <w:left w:val="single" w:sz="6" w:space="0" w:color="C9D6DC"/>
              <w:bottom w:val="single" w:sz="6" w:space="0" w:color="C9D6DC"/>
              <w:right w:val="single" w:sz="6" w:space="0" w:color="C9D6DC"/>
            </w:tcBorders>
            <w:vAlign w:val="center"/>
          </w:tcPr>
          <w:p w14:paraId="04E75187" w14:textId="77777777" w:rsidR="007A3098" w:rsidRDefault="00000000">
            <w:pPr>
              <w:spacing w:after="0" w:line="252" w:lineRule="auto"/>
              <w:rPr>
                <w:lang w:eastAsia="zh-TW"/>
              </w:rPr>
            </w:pPr>
            <w:r>
              <w:rPr>
                <w:sz w:val="18"/>
                <w:lang w:eastAsia="zh-TW"/>
              </w:rPr>
              <w:t>自</w:t>
            </w:r>
            <w:r w:rsidRPr="00325757">
              <w:rPr>
                <w:sz w:val="24"/>
                <w:szCs w:val="32"/>
                <w:lang w:eastAsia="zh-TW"/>
              </w:rPr>
              <w:t xml:space="preserve">　　　</w:t>
            </w:r>
            <w:r>
              <w:rPr>
                <w:sz w:val="18"/>
                <w:lang w:eastAsia="zh-TW"/>
              </w:rPr>
              <w:t>年</w:t>
            </w:r>
            <w:r w:rsidRPr="00325757">
              <w:rPr>
                <w:sz w:val="24"/>
                <w:szCs w:val="32"/>
                <w:lang w:eastAsia="zh-TW"/>
              </w:rPr>
              <w:t xml:space="preserve">　　　</w:t>
            </w:r>
            <w:r>
              <w:rPr>
                <w:sz w:val="18"/>
                <w:lang w:eastAsia="zh-TW"/>
              </w:rPr>
              <w:t>月</w:t>
            </w:r>
            <w:r w:rsidRPr="00325757">
              <w:rPr>
                <w:sz w:val="24"/>
                <w:szCs w:val="32"/>
                <w:lang w:eastAsia="zh-TW"/>
              </w:rPr>
              <w:t xml:space="preserve">　　　</w:t>
            </w:r>
            <w:r>
              <w:rPr>
                <w:sz w:val="18"/>
                <w:lang w:eastAsia="zh-TW"/>
              </w:rPr>
              <w:t>日起至</w:t>
            </w:r>
            <w:r w:rsidRPr="00325757">
              <w:rPr>
                <w:sz w:val="24"/>
                <w:szCs w:val="32"/>
                <w:lang w:eastAsia="zh-TW"/>
              </w:rPr>
              <w:t xml:space="preserve">　　　</w:t>
            </w:r>
            <w:r>
              <w:rPr>
                <w:sz w:val="18"/>
                <w:lang w:eastAsia="zh-TW"/>
              </w:rPr>
              <w:t>年</w:t>
            </w:r>
            <w:r w:rsidRPr="00325757">
              <w:rPr>
                <w:sz w:val="24"/>
                <w:szCs w:val="32"/>
                <w:lang w:eastAsia="zh-TW"/>
              </w:rPr>
              <w:t xml:space="preserve">　　　</w:t>
            </w:r>
            <w:r>
              <w:rPr>
                <w:sz w:val="18"/>
                <w:lang w:eastAsia="zh-TW"/>
              </w:rPr>
              <w:t>月</w:t>
            </w:r>
            <w:r w:rsidRPr="00325757">
              <w:rPr>
                <w:sz w:val="24"/>
                <w:szCs w:val="32"/>
                <w:lang w:eastAsia="zh-TW"/>
              </w:rPr>
              <w:t xml:space="preserve">　　　</w:t>
            </w:r>
            <w:r>
              <w:rPr>
                <w:sz w:val="18"/>
                <w:lang w:eastAsia="zh-TW"/>
              </w:rPr>
              <w:t>日止；未填者以一年計。</w:t>
            </w:r>
          </w:p>
        </w:tc>
      </w:tr>
    </w:tbl>
    <w:p w14:paraId="6B6AC718" w14:textId="77777777" w:rsidR="00325757" w:rsidRPr="00B922F2" w:rsidRDefault="00325757">
      <w:pPr>
        <w:spacing w:after="120"/>
        <w:rPr>
          <w:rFonts w:eastAsia="新細明體" w:hint="eastAsia"/>
          <w:sz w:val="10"/>
          <w:szCs w:val="12"/>
          <w:lang w:eastAsia="zh-TW"/>
        </w:rPr>
      </w:pPr>
    </w:p>
    <w:p w14:paraId="66C0270A" w14:textId="06618E10" w:rsidR="007A3098" w:rsidRPr="00B922F2" w:rsidRDefault="00000000">
      <w:pPr>
        <w:spacing w:after="120"/>
        <w:rPr>
          <w:sz w:val="22"/>
          <w:lang w:eastAsia="zh-TW"/>
        </w:rPr>
      </w:pPr>
      <w:r w:rsidRPr="00B922F2">
        <w:rPr>
          <w:sz w:val="22"/>
          <w:lang w:eastAsia="zh-TW"/>
        </w:rPr>
        <w:t>立契約書人</w:t>
      </w:r>
      <w:r w:rsidRPr="00B922F2">
        <w:rPr>
          <w:sz w:val="22"/>
          <w:u w:val="single"/>
          <w:lang w:eastAsia="zh-TW"/>
        </w:rPr>
        <w:t>愛樂活家品事業有限公司</w:t>
      </w:r>
      <w:r w:rsidRPr="00B922F2">
        <w:rPr>
          <w:sz w:val="22"/>
          <w:lang w:eastAsia="zh-TW"/>
        </w:rPr>
        <w:t>以下</w:t>
      </w:r>
      <w:r w:rsidRPr="00B922F2">
        <w:rPr>
          <w:b/>
          <w:bCs/>
          <w:sz w:val="22"/>
          <w:lang w:eastAsia="zh-TW"/>
        </w:rPr>
        <w:t>稱「甲方」</w:t>
      </w:r>
      <w:r w:rsidRPr="00B922F2">
        <w:rPr>
          <w:sz w:val="22"/>
          <w:lang w:eastAsia="zh-TW"/>
        </w:rPr>
        <w:t>與</w:t>
      </w:r>
      <w:r w:rsidR="00325757" w:rsidRPr="00B922F2">
        <w:rPr>
          <w:rFonts w:eastAsia="新細明體" w:hint="eastAsia"/>
          <w:sz w:val="22"/>
          <w:lang w:eastAsia="zh-TW"/>
        </w:rPr>
        <w:t xml:space="preserve"> </w:t>
      </w:r>
      <w:r w:rsidRPr="00B922F2">
        <w:rPr>
          <w:sz w:val="22"/>
          <w:u w:val="single"/>
          <w:lang w:eastAsia="zh-TW"/>
        </w:rPr>
        <w:t>產品商／供應商</w:t>
      </w:r>
      <w:r w:rsidRPr="00B922F2">
        <w:rPr>
          <w:b/>
          <w:bCs/>
          <w:sz w:val="22"/>
          <w:lang w:eastAsia="zh-TW"/>
        </w:rPr>
        <w:t>以下稱「乙方」</w:t>
      </w:r>
      <w:r w:rsidRPr="00B922F2">
        <w:rPr>
          <w:sz w:val="22"/>
          <w:lang w:eastAsia="zh-TW"/>
        </w:rPr>
        <w:t>，為進行產品供應、通路銷售、會員服務及品牌推廣合作，雙方同意依誠信原則訂立本契約，共同遵守下列條款。</w:t>
      </w:r>
    </w:p>
    <w:p w14:paraId="74A6A9A2" w14:textId="1A4BFE73" w:rsidR="007A3098" w:rsidRDefault="00000000">
      <w:pPr>
        <w:keepNext/>
        <w:spacing w:before="160"/>
        <w:rPr>
          <w:lang w:eastAsia="zh-TW"/>
        </w:rPr>
      </w:pPr>
      <w:r>
        <w:rPr>
          <w:b/>
          <w:color w:val="C79A3B"/>
          <w:sz w:val="24"/>
          <w:lang w:eastAsia="zh-TW"/>
        </w:rPr>
        <w:t>▌</w:t>
      </w:r>
      <w:r>
        <w:rPr>
          <w:b/>
          <w:color w:val="1F4E5F"/>
          <w:sz w:val="24"/>
          <w:lang w:eastAsia="zh-TW"/>
        </w:rPr>
        <w:t xml:space="preserve"> 第一條　合作範圍與原則</w:t>
      </w:r>
    </w:p>
    <w:p w14:paraId="38C6A77C" w14:textId="032E7CBF" w:rsidR="007A3098" w:rsidRDefault="00000000">
      <w:pPr>
        <w:pStyle w:val="ContractBody"/>
        <w:spacing w:after="50"/>
        <w:ind w:left="351" w:hanging="351"/>
        <w:rPr>
          <w:lang w:eastAsia="zh-TW"/>
        </w:rPr>
      </w:pPr>
      <w:r>
        <w:rPr>
          <w:b/>
          <w:color w:val="1F4E5F"/>
          <w:lang w:eastAsia="zh-TW"/>
        </w:rPr>
        <w:t xml:space="preserve">1. </w:t>
      </w:r>
      <w:r>
        <w:rPr>
          <w:lang w:eastAsia="zh-TW"/>
        </w:rPr>
        <w:t>乙方提供合作產品、服務、樣品、贈品及必要之產品資料；甲方得於自有或合作通路進行展示、推廣、銷售、會員服務及售後協調。</w:t>
      </w:r>
    </w:p>
    <w:p w14:paraId="38140ECC" w14:textId="47D4A299" w:rsidR="007A3098" w:rsidRDefault="00000000">
      <w:pPr>
        <w:pStyle w:val="ContractBody"/>
        <w:spacing w:after="50"/>
        <w:ind w:left="351" w:hanging="351"/>
        <w:rPr>
          <w:lang w:eastAsia="zh-TW"/>
        </w:rPr>
      </w:pPr>
      <w:r>
        <w:rPr>
          <w:b/>
          <w:color w:val="1F4E5F"/>
          <w:lang w:eastAsia="zh-TW"/>
        </w:rPr>
        <w:t xml:space="preserve">2. </w:t>
      </w:r>
      <w:r>
        <w:rPr>
          <w:lang w:eastAsia="zh-TW"/>
        </w:rPr>
        <w:t>合作產品、價格、拆帳或供貨條件、物流方式、售後責任及法規文件，以附件一、報價單、訂購單、對帳單或雙方書面確認文件為準。</w:t>
      </w:r>
    </w:p>
    <w:p w14:paraId="74887E46" w14:textId="6FAE9FCC" w:rsidR="007A3098" w:rsidRDefault="00000000">
      <w:pPr>
        <w:pStyle w:val="ContractBody"/>
        <w:spacing w:after="50"/>
        <w:ind w:left="351" w:hanging="351"/>
        <w:rPr>
          <w:lang w:eastAsia="zh-TW"/>
        </w:rPr>
      </w:pPr>
      <w:r>
        <w:rPr>
          <w:b/>
          <w:color w:val="1F4E5F"/>
          <w:lang w:eastAsia="zh-TW"/>
        </w:rPr>
        <w:t xml:space="preserve">3. </w:t>
      </w:r>
      <w:r>
        <w:rPr>
          <w:lang w:eastAsia="zh-TW"/>
        </w:rPr>
        <w:t>除雙方另以書面約定外，本契約不構成獨家代理、最低採購量、保證銷售量或永久授權。</w:t>
      </w:r>
    </w:p>
    <w:p w14:paraId="33613F4A" w14:textId="7E1EEF08" w:rsidR="007A3098" w:rsidRDefault="00000000">
      <w:pPr>
        <w:keepNext/>
        <w:spacing w:before="160"/>
        <w:rPr>
          <w:lang w:eastAsia="zh-TW"/>
        </w:rPr>
      </w:pPr>
      <w:r>
        <w:rPr>
          <w:b/>
          <w:color w:val="C79A3B"/>
          <w:sz w:val="24"/>
          <w:lang w:eastAsia="zh-TW"/>
        </w:rPr>
        <w:t>▌</w:t>
      </w:r>
      <w:r>
        <w:rPr>
          <w:b/>
          <w:color w:val="1F4E5F"/>
          <w:sz w:val="24"/>
          <w:lang w:eastAsia="zh-TW"/>
        </w:rPr>
        <w:t xml:space="preserve"> 第二條　產品資料、品質與法規合規</w:t>
      </w:r>
    </w:p>
    <w:p w14:paraId="34C5B71A"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乙方保證合作產品來源合法、品質安全、內容物與標示相符，並符合中華民國相關法令、主管機關公告、標示規範及檢驗要求。</w:t>
      </w:r>
    </w:p>
    <w:p w14:paraId="200E2349"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合作產品如屬食品、保健相關產品、化粧品、清潔用品、醫療器材、進口品或其他受管制商品，乙方應於上架或銷售前提供必要證明文件、核准／登錄資料、檢驗報告、保險資料、中文標示及保存期限等資料。</w:t>
      </w:r>
    </w:p>
    <w:p w14:paraId="596C5BE5"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乙方提供之商品說明、照片、影片、商標、檢驗資料、使用見證、功效文字及廣宣素材，應真實、合法且不得侵害第三人智慧財產權、肖像權或其他權利。</w:t>
      </w:r>
    </w:p>
    <w:p w14:paraId="2D0E38C2" w14:textId="77777777" w:rsidR="007A3098" w:rsidRDefault="00000000">
      <w:pPr>
        <w:pStyle w:val="ContractBody"/>
        <w:spacing w:after="50"/>
        <w:ind w:left="351" w:hanging="351"/>
        <w:rPr>
          <w:lang w:eastAsia="zh-TW"/>
        </w:rPr>
      </w:pPr>
      <w:r>
        <w:rPr>
          <w:b/>
          <w:color w:val="1F4E5F"/>
          <w:lang w:eastAsia="zh-TW"/>
        </w:rPr>
        <w:t xml:space="preserve">4. </w:t>
      </w:r>
      <w:r>
        <w:rPr>
          <w:lang w:eastAsia="zh-TW"/>
        </w:rPr>
        <w:t>甲方若需編修乙方提供之文案或素材，應以不誤導消費者且不擴張功效宣稱為原則；涉及產品功效、成分、用法或法規風險之內容，宜經乙方確認後使用。</w:t>
      </w:r>
    </w:p>
    <w:p w14:paraId="15A438C8" w14:textId="77777777" w:rsidR="007A3098" w:rsidRDefault="00000000">
      <w:pPr>
        <w:keepNext/>
        <w:spacing w:before="160"/>
        <w:rPr>
          <w:lang w:eastAsia="zh-TW"/>
        </w:rPr>
      </w:pPr>
      <w:r>
        <w:rPr>
          <w:b/>
          <w:color w:val="C79A3B"/>
          <w:sz w:val="24"/>
          <w:lang w:eastAsia="zh-TW"/>
        </w:rPr>
        <w:t>▌</w:t>
      </w:r>
      <w:r>
        <w:rPr>
          <w:b/>
          <w:color w:val="1F4E5F"/>
          <w:sz w:val="24"/>
          <w:lang w:eastAsia="zh-TW"/>
        </w:rPr>
        <w:t xml:space="preserve"> 第三條　價格、訂單與結帳</w:t>
      </w:r>
    </w:p>
    <w:p w14:paraId="5822FD03"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合作模式得採買斷進貨、寄售／實銷實付、代銷抽成或其他雙方約定方式，實際條件以附件一或交易文件為準。</w:t>
      </w:r>
    </w:p>
    <w:p w14:paraId="51514A4F"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雙方應按月或按約定週期對帳。乙方應依甲方通知提供發票、送貨／簽收證明、退貨明細及其他請款文件；資料無誤後，甲方依約定期限付款至乙方指定帳戶。</w:t>
      </w:r>
    </w:p>
    <w:p w14:paraId="369C99F5"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如發生退貨、換貨、短交、瑕疵、客訴賠償、主管機關裁罰或其他可歸責乙方之費用，甲方得於通知乙方並提供合理明細後，自應付款項中扣抵；乙方對扣抵有異議者，應於收到通知後五個工作日內提出。</w:t>
      </w:r>
    </w:p>
    <w:p w14:paraId="30CB1D01" w14:textId="77777777" w:rsidR="007A3098" w:rsidRDefault="00000000">
      <w:pPr>
        <w:pStyle w:val="ContractBody"/>
        <w:spacing w:after="50"/>
        <w:ind w:left="351" w:hanging="351"/>
        <w:rPr>
          <w:lang w:eastAsia="zh-TW"/>
        </w:rPr>
      </w:pPr>
      <w:r>
        <w:rPr>
          <w:b/>
          <w:color w:val="1F4E5F"/>
          <w:lang w:eastAsia="zh-TW"/>
        </w:rPr>
        <w:t xml:space="preserve">4. </w:t>
      </w:r>
      <w:r>
        <w:rPr>
          <w:lang w:eastAsia="zh-TW"/>
        </w:rPr>
        <w:t>產品售價、供貨價、促銷價或成本條件需調整時，調整方應提前十五日以書面通知並經雙方確認；已成立之訂單或已確認之檔期，不受事後單方調整影響。</w:t>
      </w:r>
    </w:p>
    <w:p w14:paraId="7B247066" w14:textId="77777777" w:rsidR="007A3098" w:rsidRDefault="00000000">
      <w:pPr>
        <w:keepNext/>
        <w:spacing w:before="160"/>
        <w:rPr>
          <w:lang w:eastAsia="zh-TW"/>
        </w:rPr>
      </w:pPr>
      <w:r>
        <w:rPr>
          <w:b/>
          <w:color w:val="C79A3B"/>
          <w:sz w:val="24"/>
          <w:lang w:eastAsia="zh-TW"/>
        </w:rPr>
        <w:t>▌</w:t>
      </w:r>
      <w:r>
        <w:rPr>
          <w:b/>
          <w:color w:val="1F4E5F"/>
          <w:sz w:val="24"/>
          <w:lang w:eastAsia="zh-TW"/>
        </w:rPr>
        <w:t xml:space="preserve"> 第四條　供貨、配送與庫存</w:t>
      </w:r>
    </w:p>
    <w:p w14:paraId="3FF8EC5F"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乙方應依訂單、出貨通知或附件一約定之時間、數量、規格、包裝及配送方式完成供貨。配送方式包含乙方直送消費者、配送至甲方指定倉庫或其他雙方約定方式。</w:t>
      </w:r>
    </w:p>
    <w:p w14:paraId="4B90C0F8"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乙方如發生缺貨、停產、改版、效期不足、物流異常或可能影響交付之情形，應立即通知甲方並提出補救方案。</w:t>
      </w:r>
    </w:p>
    <w:p w14:paraId="0B47B660"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可歸責於乙方之遲延、短交、誤送或未依約配送，乙方應負責補貨、換貨、取消訂單損失及必要處理費用；雙方得於附件一約定遲延罰則。未約定者，以遲延商品供貨價每日百分之零點五計算，總額以該筆供貨價百分之十為上限。</w:t>
      </w:r>
    </w:p>
    <w:p w14:paraId="592C30E7" w14:textId="77777777" w:rsidR="007A3098" w:rsidRDefault="00000000">
      <w:pPr>
        <w:pStyle w:val="ContractBody"/>
        <w:spacing w:after="50"/>
        <w:ind w:left="351" w:hanging="351"/>
        <w:rPr>
          <w:lang w:eastAsia="zh-TW"/>
        </w:rPr>
      </w:pPr>
      <w:r>
        <w:rPr>
          <w:b/>
          <w:color w:val="1F4E5F"/>
          <w:lang w:eastAsia="zh-TW"/>
        </w:rPr>
        <w:t xml:space="preserve">4. </w:t>
      </w:r>
      <w:r>
        <w:rPr>
          <w:lang w:eastAsia="zh-TW"/>
        </w:rPr>
        <w:t>乙方應保存出貨、物流、簽收、退換貨及客服紀錄至少十五個月；甲方因對帳、客訴、主管機關查核或訴訟需求要求提供時，乙方應於五個工作日內協助。</w:t>
      </w:r>
    </w:p>
    <w:p w14:paraId="0F5CF852" w14:textId="77777777" w:rsidR="007A3098" w:rsidRDefault="00000000">
      <w:pPr>
        <w:keepNext/>
        <w:spacing w:before="160"/>
        <w:rPr>
          <w:lang w:eastAsia="zh-TW"/>
        </w:rPr>
      </w:pPr>
      <w:r>
        <w:rPr>
          <w:b/>
          <w:color w:val="C79A3B"/>
          <w:sz w:val="24"/>
          <w:lang w:eastAsia="zh-TW"/>
        </w:rPr>
        <w:lastRenderedPageBreak/>
        <w:t>▌</w:t>
      </w:r>
      <w:r>
        <w:rPr>
          <w:b/>
          <w:color w:val="1F4E5F"/>
          <w:sz w:val="24"/>
          <w:lang w:eastAsia="zh-TW"/>
        </w:rPr>
        <w:t xml:space="preserve"> 第五條　驗收、退換貨與售後服務</w:t>
      </w:r>
    </w:p>
    <w:p w14:paraId="7CAF1290"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合作產品如有瑕疵、破損、短少、標示不符、效期不足、品質安全疑慮或與約定規格不符，乙方應於接獲通知後依甲方指定方式補正、換貨、退貨或退款，相關費用由乙方負擔。</w:t>
      </w:r>
    </w:p>
    <w:p w14:paraId="63682807"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消費者依消費者保護相關規定主張解除契約、退貨或換貨時，雙方應共同配合處理；費用依可歸責原因分擔。若屬依法得排除七日解除權之商品，乙方應提供足以對消費者揭露之正確資訊與證明文件。</w:t>
      </w:r>
    </w:p>
    <w:p w14:paraId="2DD48F5A"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售後服務、產品諮詢、保固、維修、召回、換貨或消費爭議需要乙方協助時，乙方應於二個工作日內回覆；緊急安全事件應於二十四小時內回覆。</w:t>
      </w:r>
    </w:p>
    <w:p w14:paraId="4E8C3E5F" w14:textId="77777777" w:rsidR="007A3098" w:rsidRDefault="00000000">
      <w:pPr>
        <w:pStyle w:val="ContractBody"/>
        <w:spacing w:after="50"/>
        <w:ind w:left="351" w:hanging="351"/>
        <w:rPr>
          <w:lang w:eastAsia="zh-TW"/>
        </w:rPr>
      </w:pPr>
      <w:r>
        <w:rPr>
          <w:b/>
          <w:color w:val="1F4E5F"/>
          <w:lang w:eastAsia="zh-TW"/>
        </w:rPr>
        <w:t xml:space="preserve">4. </w:t>
      </w:r>
      <w:r>
        <w:rPr>
          <w:lang w:eastAsia="zh-TW"/>
        </w:rPr>
        <w:t>退回甲方處所或倉庫之乙方商品，經甲方通知後，乙方應於十個工作日內取回或指示處理；逾期未處理者，甲方得收取倉儲、物流及必要處理費用。</w:t>
      </w:r>
    </w:p>
    <w:p w14:paraId="754191B5" w14:textId="77777777" w:rsidR="007A3098" w:rsidRDefault="00000000">
      <w:pPr>
        <w:keepNext/>
        <w:spacing w:before="160"/>
        <w:rPr>
          <w:lang w:eastAsia="zh-TW"/>
        </w:rPr>
      </w:pPr>
      <w:r>
        <w:rPr>
          <w:b/>
          <w:color w:val="C79A3B"/>
          <w:sz w:val="24"/>
          <w:lang w:eastAsia="zh-TW"/>
        </w:rPr>
        <w:t>▌</w:t>
      </w:r>
      <w:r>
        <w:rPr>
          <w:b/>
          <w:color w:val="1F4E5F"/>
          <w:sz w:val="24"/>
          <w:lang w:eastAsia="zh-TW"/>
        </w:rPr>
        <w:t xml:space="preserve"> 第六條　產品責任、客訴與主管機關查核</w:t>
      </w:r>
    </w:p>
    <w:p w14:paraId="6F7FCCBB"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因合作產品本身、乙方提供之資料、標示、包裝、來源、品質、功效宣稱或售後服務而發生消費爭議、第三人請求、行政調查、裁罰或訴訟者，乙方應負責處理並賠償因此造成甲方或消費者之實際損害。</w:t>
      </w:r>
    </w:p>
    <w:p w14:paraId="14DE0511"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因甲方未經乙方確認而自行增加不實或違法宣稱、擅自變更產品包裝、內容或使用方式，致生爭議或損害者，甲方應就可歸責部分負責。</w:t>
      </w:r>
    </w:p>
    <w:p w14:paraId="24751CA4"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產品如有安全疑慮、違法風險、重大客訴、主管機關通知、下架、回收或召回必要，雙方應立即互相通知並共同降低消費者與品牌風險；甲方得先行暫停銷售或下架。</w:t>
      </w:r>
    </w:p>
    <w:p w14:paraId="3BD893A6" w14:textId="77777777" w:rsidR="007A3098" w:rsidRDefault="00000000">
      <w:pPr>
        <w:keepNext/>
        <w:spacing w:before="160"/>
        <w:rPr>
          <w:lang w:eastAsia="zh-TW"/>
        </w:rPr>
      </w:pPr>
      <w:r>
        <w:rPr>
          <w:b/>
          <w:color w:val="C79A3B"/>
          <w:sz w:val="24"/>
          <w:lang w:eastAsia="zh-TW"/>
        </w:rPr>
        <w:t>▌</w:t>
      </w:r>
      <w:r>
        <w:rPr>
          <w:b/>
          <w:color w:val="1F4E5F"/>
          <w:sz w:val="24"/>
          <w:lang w:eastAsia="zh-TW"/>
        </w:rPr>
        <w:t xml:space="preserve"> 第七條　智慧財產權與品牌使用</w:t>
      </w:r>
    </w:p>
    <w:p w14:paraId="7EA5197F"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乙方授權甲方於合作期間及合作目的範圍內使用乙方提供之商品圖片、影片、商標、商品名稱、文案、檢驗資料及其他素材，以進行銷售、推廣、客服與售後作業。</w:t>
      </w:r>
    </w:p>
    <w:p w14:paraId="1ED0274F"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前項授權不表示權利移轉。任一方未經他方書面同意，不得將他方名稱、商標、素材或合作資訊用於本契約目的以外之宣傳、背書、轉授權或第三方合作。</w:t>
      </w:r>
    </w:p>
    <w:p w14:paraId="3280B314"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雙方應維護彼此商譽，不得發布不實、誤導、貶損或可能使消費者誤認合作範圍之資訊。</w:t>
      </w:r>
    </w:p>
    <w:p w14:paraId="0E62D4A5" w14:textId="77777777" w:rsidR="007A3098" w:rsidRDefault="00000000">
      <w:pPr>
        <w:keepNext/>
        <w:spacing w:before="160"/>
        <w:rPr>
          <w:lang w:eastAsia="zh-TW"/>
        </w:rPr>
      </w:pPr>
      <w:r>
        <w:rPr>
          <w:b/>
          <w:color w:val="C79A3B"/>
          <w:sz w:val="24"/>
          <w:lang w:eastAsia="zh-TW"/>
        </w:rPr>
        <w:t>▌</w:t>
      </w:r>
      <w:r>
        <w:rPr>
          <w:b/>
          <w:color w:val="1F4E5F"/>
          <w:sz w:val="24"/>
          <w:lang w:eastAsia="zh-TW"/>
        </w:rPr>
        <w:t xml:space="preserve"> 第八條　保密與個人資料保護</w:t>
      </w:r>
    </w:p>
    <w:p w14:paraId="00847146"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雙方因本合作知悉之營業秘密、會員／客戶資料、價格條件、行銷策略、對帳資料、合約內容及其他非公開資訊，均負保密義務，非經他方書面同意不得揭露或作合作目的以外使用。</w:t>
      </w:r>
    </w:p>
    <w:p w14:paraId="73FA27CC"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乙方不得未經甲方及消費者合法同意，擅自使用甲方會員或客戶資料進行再行銷、轉售、名單交換、私下成交或其他與本契約無關之用途；甲方亦不得將乙方機密資料用於非合作目的。</w:t>
      </w:r>
    </w:p>
    <w:p w14:paraId="5ED5C51B"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任一方因本合作處理個人資料，應採取合理安全維護措施；如發生外洩、遭未授權存取或其他資安事件，應於知悉後二十四小時內通知他方並協助補救。</w:t>
      </w:r>
    </w:p>
    <w:p w14:paraId="49F775E6" w14:textId="77777777" w:rsidR="007A3098" w:rsidRDefault="00000000">
      <w:pPr>
        <w:pStyle w:val="ContractBody"/>
        <w:spacing w:after="50"/>
        <w:ind w:left="351" w:hanging="351"/>
        <w:rPr>
          <w:lang w:eastAsia="zh-TW"/>
        </w:rPr>
      </w:pPr>
      <w:r>
        <w:rPr>
          <w:b/>
          <w:color w:val="1F4E5F"/>
          <w:lang w:eastAsia="zh-TW"/>
        </w:rPr>
        <w:t xml:space="preserve">4. </w:t>
      </w:r>
      <w:r>
        <w:rPr>
          <w:lang w:eastAsia="zh-TW"/>
        </w:rPr>
        <w:t>違反本條者，除應停止違約行為、返還或銷毀資料外，並應賠償他方因此所受實際損害；情節重大者，違約方另應給付新臺幣伍拾萬元懲罰性違約金。但實際損害較高者，他方仍得請求差額。</w:t>
      </w:r>
    </w:p>
    <w:p w14:paraId="3572D145" w14:textId="77777777" w:rsidR="007A3098" w:rsidRDefault="00000000">
      <w:pPr>
        <w:keepNext/>
        <w:spacing w:before="160"/>
        <w:rPr>
          <w:lang w:eastAsia="zh-TW"/>
        </w:rPr>
      </w:pPr>
      <w:r>
        <w:rPr>
          <w:b/>
          <w:color w:val="C79A3B"/>
          <w:sz w:val="24"/>
          <w:lang w:eastAsia="zh-TW"/>
        </w:rPr>
        <w:t>▌</w:t>
      </w:r>
      <w:r>
        <w:rPr>
          <w:b/>
          <w:color w:val="1F4E5F"/>
          <w:sz w:val="24"/>
          <w:lang w:eastAsia="zh-TW"/>
        </w:rPr>
        <w:t xml:space="preserve"> 第九條　契約期間、終止與交接</w:t>
      </w:r>
    </w:p>
    <w:p w14:paraId="10D3204E"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本契約自雙方簽署日起生效。契約期間依契約資訊表所載；未載明者，以一年為期。期滿前任一方未於三十日前書面表示不續約者，得視合作狀況續行或另簽新約。</w:t>
      </w:r>
    </w:p>
    <w:p w14:paraId="0E8B1AD1"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任一方擬提前終止合作，應提前三十日書面通知他方，並完成已成立訂單、退換貨、對帳、請付款及交接事項。</w:t>
      </w:r>
    </w:p>
    <w:p w14:paraId="09908C89"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任一方有重大違約經通知後七個工作日內未改善、產品有違法或重大安全疑慮、侵害第三人權利、違反保密或個資義務、遭主管機關命令停止販售、破產或停止營業等情形，他方得立即終止本契約並請求損害賠償。</w:t>
      </w:r>
    </w:p>
    <w:p w14:paraId="096C17A0" w14:textId="77777777" w:rsidR="007A3098" w:rsidRDefault="00000000">
      <w:pPr>
        <w:pStyle w:val="ContractBody"/>
        <w:spacing w:after="50"/>
        <w:ind w:left="351" w:hanging="351"/>
        <w:rPr>
          <w:lang w:eastAsia="zh-TW"/>
        </w:rPr>
      </w:pPr>
      <w:r>
        <w:rPr>
          <w:b/>
          <w:color w:val="1F4E5F"/>
          <w:lang w:eastAsia="zh-TW"/>
        </w:rPr>
        <w:t xml:space="preserve">4. </w:t>
      </w:r>
      <w:r>
        <w:rPr>
          <w:lang w:eastAsia="zh-TW"/>
        </w:rPr>
        <w:t>本契約終止後，不影響終止前已發生之付款、退換貨、保固、產品責任、保密、個資保護、智慧財產權及損害賠償等義務。</w:t>
      </w:r>
    </w:p>
    <w:p w14:paraId="12D2FCEA" w14:textId="77777777" w:rsidR="007A3098" w:rsidRDefault="00000000">
      <w:pPr>
        <w:keepNext/>
        <w:spacing w:before="160"/>
        <w:rPr>
          <w:lang w:eastAsia="zh-TW"/>
        </w:rPr>
      </w:pPr>
      <w:r>
        <w:rPr>
          <w:b/>
          <w:color w:val="C79A3B"/>
          <w:sz w:val="24"/>
          <w:lang w:eastAsia="zh-TW"/>
        </w:rPr>
        <w:t>▌</w:t>
      </w:r>
      <w:r>
        <w:rPr>
          <w:b/>
          <w:color w:val="1F4E5F"/>
          <w:sz w:val="24"/>
          <w:lang w:eastAsia="zh-TW"/>
        </w:rPr>
        <w:t xml:space="preserve"> 第十條　違約責任與風險分擔</w:t>
      </w:r>
    </w:p>
    <w:p w14:paraId="433D61CB"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任一方違反本契約或交易文件，致他方受有損害者，應賠償他方因此所受直接且實際之損害，包括必要之物流費、退款、客訴處理費、合理律師費及行政處理費用。</w:t>
      </w:r>
    </w:p>
    <w:p w14:paraId="24DD78D9"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一般違約之賠償責任，以違約事件發生前三個月雙方就該合作產品之實際結算金額為上限；但涉及故意或重大過失、產品安全、違法標示或廣告、侵權、保密、個資、詐欺或主管機關裁罰者，不受前述上限限制。</w:t>
      </w:r>
    </w:p>
    <w:p w14:paraId="5F71D6FA" w14:textId="77777777" w:rsidR="007A3098" w:rsidRDefault="00000000">
      <w:pPr>
        <w:pStyle w:val="ContractBody"/>
        <w:spacing w:after="50"/>
        <w:ind w:left="351" w:hanging="351"/>
        <w:rPr>
          <w:lang w:eastAsia="zh-TW"/>
        </w:rPr>
      </w:pPr>
      <w:r>
        <w:rPr>
          <w:b/>
          <w:color w:val="1F4E5F"/>
          <w:lang w:eastAsia="zh-TW"/>
        </w:rPr>
        <w:t xml:space="preserve">3. </w:t>
      </w:r>
      <w:r>
        <w:rPr>
          <w:lang w:eastAsia="zh-TW"/>
        </w:rPr>
        <w:t>因天災、戰爭、疫情、政府命令、重大物流中斷、不可歸責之停電或其他不可抗力，致無法履約者，受影響方應立即通知他方並提出替代方案；不可抗力期間，雙方得協議展延或調整履約期限。</w:t>
      </w:r>
    </w:p>
    <w:p w14:paraId="2D510CDD" w14:textId="77777777" w:rsidR="007A3098" w:rsidRDefault="00000000">
      <w:pPr>
        <w:keepNext/>
        <w:spacing w:before="160"/>
        <w:rPr>
          <w:lang w:eastAsia="zh-TW"/>
        </w:rPr>
      </w:pPr>
      <w:r>
        <w:rPr>
          <w:b/>
          <w:color w:val="C79A3B"/>
          <w:sz w:val="24"/>
          <w:lang w:eastAsia="zh-TW"/>
        </w:rPr>
        <w:lastRenderedPageBreak/>
        <w:t>▌</w:t>
      </w:r>
      <w:r>
        <w:rPr>
          <w:b/>
          <w:color w:val="1F4E5F"/>
          <w:sz w:val="24"/>
          <w:lang w:eastAsia="zh-TW"/>
        </w:rPr>
        <w:t xml:space="preserve"> 第十一條　通知、管轄與其他</w:t>
      </w:r>
    </w:p>
    <w:p w14:paraId="19673E2C" w14:textId="77777777" w:rsidR="007A3098" w:rsidRDefault="00000000">
      <w:pPr>
        <w:pStyle w:val="ContractBody"/>
        <w:spacing w:after="50"/>
        <w:ind w:left="351" w:hanging="351"/>
        <w:rPr>
          <w:lang w:eastAsia="zh-TW"/>
        </w:rPr>
      </w:pPr>
      <w:r>
        <w:rPr>
          <w:b/>
          <w:color w:val="1F4E5F"/>
          <w:lang w:eastAsia="zh-TW"/>
        </w:rPr>
        <w:t xml:space="preserve">1. </w:t>
      </w:r>
      <w:r>
        <w:rPr>
          <w:lang w:eastAsia="zh-TW"/>
        </w:rPr>
        <w:t>本契約所稱書面，包含紙本、電子郵件、雙方指定通訊軟體訊息或其他可保存紀錄之方式；涉及契約變更、價格調整、終止、重大客訴或法律責任事項，應保留可供查核之紀錄。</w:t>
      </w:r>
    </w:p>
    <w:p w14:paraId="28C8E731" w14:textId="77777777" w:rsidR="007A3098" w:rsidRDefault="00000000">
      <w:pPr>
        <w:pStyle w:val="ContractBody"/>
        <w:spacing w:after="50"/>
        <w:ind w:left="351" w:hanging="351"/>
        <w:rPr>
          <w:lang w:eastAsia="zh-TW"/>
        </w:rPr>
      </w:pPr>
      <w:r>
        <w:rPr>
          <w:b/>
          <w:color w:val="1F4E5F"/>
          <w:lang w:eastAsia="zh-TW"/>
        </w:rPr>
        <w:t xml:space="preserve">2. </w:t>
      </w:r>
      <w:r>
        <w:rPr>
          <w:lang w:eastAsia="zh-TW"/>
        </w:rPr>
        <w:t>本契約及附件如有未盡事宜，雙方應本誠信原則協議處理；任何增刪修正，應經雙方書面確認後始生效。</w:t>
      </w:r>
    </w:p>
    <w:p w14:paraId="3E5A0809" w14:textId="1649EBAE" w:rsidR="007A3098" w:rsidRDefault="00000000">
      <w:pPr>
        <w:pStyle w:val="ContractBody"/>
        <w:spacing w:after="50"/>
        <w:ind w:left="351" w:hanging="351"/>
        <w:rPr>
          <w:lang w:eastAsia="zh-TW"/>
        </w:rPr>
      </w:pPr>
      <w:r>
        <w:rPr>
          <w:b/>
          <w:color w:val="1F4E5F"/>
          <w:lang w:eastAsia="zh-TW"/>
        </w:rPr>
        <w:t xml:space="preserve">3. </w:t>
      </w:r>
      <w:r>
        <w:rPr>
          <w:lang w:eastAsia="zh-TW"/>
        </w:rPr>
        <w:t>本契約以中華民國法律為準據法。因本契約所生爭議，雙方同意先協商處理；協商不成時，以臺灣</w:t>
      </w:r>
      <w:r w:rsidR="002B223D">
        <w:rPr>
          <w:rFonts w:ascii="新細明體" w:eastAsia="新細明體" w:hAnsi="新細明體" w:cs="新細明體" w:hint="eastAsia"/>
          <w:lang w:eastAsia="zh-TW"/>
        </w:rPr>
        <w:t>台中</w:t>
      </w:r>
      <w:r>
        <w:rPr>
          <w:lang w:eastAsia="zh-TW"/>
        </w:rPr>
        <w:t>地方法院為第一審管轄法院。</w:t>
      </w:r>
    </w:p>
    <w:p w14:paraId="1EF314D1" w14:textId="77777777" w:rsidR="007A3098" w:rsidRDefault="00000000">
      <w:pPr>
        <w:pStyle w:val="ContractBody"/>
        <w:spacing w:after="50"/>
        <w:ind w:left="351" w:hanging="351"/>
        <w:rPr>
          <w:lang w:eastAsia="zh-TW"/>
        </w:rPr>
      </w:pPr>
      <w:r>
        <w:rPr>
          <w:b/>
          <w:color w:val="1F4E5F"/>
          <w:lang w:eastAsia="zh-TW"/>
        </w:rPr>
        <w:t xml:space="preserve">4. </w:t>
      </w:r>
      <w:r>
        <w:rPr>
          <w:lang w:eastAsia="zh-TW"/>
        </w:rPr>
        <w:t>本契約含附件一式二份，由甲乙雙方各執一份為憑；附件、報價單、訂購單、對帳單及經雙方確認之交易文件，均為本契約之一部分。</w:t>
      </w:r>
    </w:p>
    <w:p w14:paraId="3481C30B" w14:textId="51FD33E6" w:rsidR="007A3098" w:rsidRPr="00AA6370" w:rsidRDefault="00000000" w:rsidP="00AA6370">
      <w:pPr>
        <w:spacing w:before="120" w:after="40"/>
        <w:rPr>
          <w:rFonts w:eastAsia="新細明體" w:hint="eastAsia"/>
          <w:lang w:eastAsia="zh-TW"/>
        </w:rPr>
      </w:pPr>
      <w:r>
        <w:rPr>
          <w:color w:val="666666"/>
          <w:sz w:val="16"/>
          <w:lang w:eastAsia="zh-TW"/>
        </w:rPr>
        <w:t>簽署提醒：本文件為合作契約草案，可作為商務談判與內部流程使用；正式簽署前，建議由公司法務或律師依實際產品類別、銷售模式與稅務流程再確認。</w:t>
      </w:r>
    </w:p>
    <w:p w14:paraId="71245230" w14:textId="77777777" w:rsidR="007A3098" w:rsidRDefault="00000000">
      <w:pPr>
        <w:keepNext/>
        <w:spacing w:before="160"/>
      </w:pPr>
      <w:r>
        <w:rPr>
          <w:b/>
          <w:color w:val="C79A3B"/>
          <w:sz w:val="24"/>
        </w:rPr>
        <w:t>▌</w:t>
      </w:r>
      <w:r>
        <w:rPr>
          <w:b/>
          <w:color w:val="1F4E5F"/>
          <w:sz w:val="24"/>
        </w:rPr>
        <w:t xml:space="preserve"> 簽署欄</w:t>
      </w:r>
    </w:p>
    <w:tbl>
      <w:tblPr>
        <w:tblW w:w="0" w:type="auto"/>
        <w:jc w:val="center"/>
        <w:tblLayout w:type="fixed"/>
        <w:tblLook w:val="04A0" w:firstRow="1" w:lastRow="0" w:firstColumn="1" w:lastColumn="0" w:noHBand="0" w:noVBand="1"/>
      </w:tblPr>
      <w:tblGrid>
        <w:gridCol w:w="5298"/>
        <w:gridCol w:w="5298"/>
      </w:tblGrid>
      <w:tr w:rsidR="007A3098" w14:paraId="3DA0B135" w14:textId="77777777">
        <w:trPr>
          <w:cantSplit/>
          <w:jc w:val="center"/>
        </w:trPr>
        <w:tc>
          <w:tcPr>
            <w:tcW w:w="5298" w:type="dxa"/>
            <w:tcBorders>
              <w:top w:val="single" w:sz="8" w:space="0" w:color="C9D6DC"/>
              <w:left w:val="single" w:sz="8" w:space="0" w:color="C9D6DC"/>
              <w:bottom w:val="single" w:sz="8" w:space="0" w:color="C9D6DC"/>
              <w:right w:val="single" w:sz="8" w:space="0" w:color="C9D6DC"/>
            </w:tcBorders>
            <w:shd w:val="clear" w:color="auto" w:fill="1F4E5F"/>
            <w:vAlign w:val="center"/>
          </w:tcPr>
          <w:p w14:paraId="1971E96F" w14:textId="77777777" w:rsidR="007A3098" w:rsidRDefault="00000000">
            <w:pPr>
              <w:spacing w:after="0" w:line="252" w:lineRule="auto"/>
              <w:jc w:val="center"/>
            </w:pPr>
            <w:r>
              <w:rPr>
                <w:b/>
                <w:color w:val="FFFFFF"/>
                <w:sz w:val="21"/>
              </w:rPr>
              <w:t>甲方</w:t>
            </w:r>
          </w:p>
        </w:tc>
        <w:tc>
          <w:tcPr>
            <w:tcW w:w="5298" w:type="dxa"/>
            <w:tcBorders>
              <w:top w:val="single" w:sz="8" w:space="0" w:color="C9D6DC"/>
              <w:left w:val="single" w:sz="8" w:space="0" w:color="C9D6DC"/>
              <w:bottom w:val="single" w:sz="8" w:space="0" w:color="C9D6DC"/>
              <w:right w:val="single" w:sz="8" w:space="0" w:color="C9D6DC"/>
            </w:tcBorders>
            <w:shd w:val="clear" w:color="auto" w:fill="1F4E5F"/>
            <w:vAlign w:val="center"/>
          </w:tcPr>
          <w:p w14:paraId="421513AD" w14:textId="77777777" w:rsidR="007A3098" w:rsidRDefault="00000000">
            <w:pPr>
              <w:spacing w:after="0" w:line="252" w:lineRule="auto"/>
              <w:jc w:val="center"/>
            </w:pPr>
            <w:r>
              <w:rPr>
                <w:b/>
                <w:color w:val="FFFFFF"/>
                <w:sz w:val="21"/>
              </w:rPr>
              <w:t>乙方</w:t>
            </w:r>
          </w:p>
        </w:tc>
      </w:tr>
      <w:tr w:rsidR="007A3098" w14:paraId="1514D992" w14:textId="77777777">
        <w:trPr>
          <w:cantSplit/>
          <w:jc w:val="center"/>
        </w:trPr>
        <w:tc>
          <w:tcPr>
            <w:tcW w:w="5298" w:type="dxa"/>
            <w:tcBorders>
              <w:top w:val="single" w:sz="8" w:space="0" w:color="C9D6DC"/>
              <w:left w:val="single" w:sz="8" w:space="0" w:color="C9D6DC"/>
              <w:bottom w:val="single" w:sz="8" w:space="0" w:color="C9D6DC"/>
              <w:right w:val="single" w:sz="8" w:space="0" w:color="C9D6DC"/>
            </w:tcBorders>
            <w:vAlign w:val="center"/>
          </w:tcPr>
          <w:p w14:paraId="65C7055E" w14:textId="77777777" w:rsidR="000D6D0A" w:rsidRDefault="00000000" w:rsidP="002B223D">
            <w:pPr>
              <w:spacing w:after="0" w:line="300" w:lineRule="auto"/>
              <w:rPr>
                <w:rFonts w:ascii="新細明體" w:eastAsia="新細明體" w:hAnsi="新細明體" w:cs="新細明體"/>
                <w:sz w:val="18"/>
                <w:lang w:eastAsia="zh-TW"/>
              </w:rPr>
            </w:pPr>
            <w:r>
              <w:rPr>
                <w:rFonts w:ascii="新細明體" w:eastAsia="新細明體" w:hAnsi="新細明體" w:cs="新細明體" w:hint="eastAsia"/>
                <w:sz w:val="18"/>
                <w:lang w:eastAsia="zh-TW"/>
              </w:rPr>
              <w:t>公司名稱：愛樂活家品事業有限公司</w:t>
            </w:r>
            <w:r>
              <w:rPr>
                <w:sz w:val="18"/>
                <w:lang w:eastAsia="zh-TW"/>
              </w:rPr>
              <w:br/>
            </w:r>
            <w:r>
              <w:rPr>
                <w:rFonts w:ascii="新細明體" w:eastAsia="新細明體" w:hAnsi="新細明體" w:cs="新細明體" w:hint="eastAsia"/>
                <w:sz w:val="18"/>
                <w:lang w:eastAsia="zh-TW"/>
              </w:rPr>
              <w:t>統一編號：</w:t>
            </w:r>
            <w:r w:rsidR="00325757">
              <w:rPr>
                <w:rFonts w:ascii="新細明體" w:eastAsia="新細明體" w:hAnsi="新細明體" w:hint="eastAsia"/>
                <w:sz w:val="18"/>
                <w:lang w:eastAsia="zh-TW"/>
              </w:rPr>
              <w:t>54602562</w:t>
            </w:r>
            <w:r w:rsidRPr="00325757">
              <w:rPr>
                <w:sz w:val="22"/>
                <w:szCs w:val="28"/>
                <w:lang w:eastAsia="zh-TW"/>
              </w:rPr>
              <w:br/>
            </w:r>
            <w:r>
              <w:rPr>
                <w:rFonts w:ascii="新細明體" w:eastAsia="新細明體" w:hAnsi="新細明體" w:cs="新細明體" w:hint="eastAsia"/>
                <w:sz w:val="18"/>
                <w:lang w:eastAsia="zh-TW"/>
              </w:rPr>
              <w:t>代表</w:t>
            </w:r>
            <w:r w:rsidR="00325757">
              <w:rPr>
                <w:rFonts w:ascii="新細明體" w:eastAsia="新細明體" w:hAnsi="新細明體" w:cs="新細明體" w:hint="eastAsia"/>
                <w:sz w:val="18"/>
                <w:lang w:eastAsia="zh-TW"/>
              </w:rPr>
              <w:t>人：黃玉宏</w:t>
            </w:r>
            <w:r>
              <w:rPr>
                <w:sz w:val="18"/>
                <w:lang w:eastAsia="zh-TW"/>
              </w:rPr>
              <w:br/>
            </w:r>
            <w:r>
              <w:rPr>
                <w:rFonts w:ascii="新細明體" w:eastAsia="新細明體" w:hAnsi="新細明體" w:cs="新細明體" w:hint="eastAsia"/>
                <w:sz w:val="18"/>
                <w:lang w:eastAsia="zh-TW"/>
              </w:rPr>
              <w:t>地址：</w:t>
            </w:r>
            <w:r w:rsidR="00325757">
              <w:rPr>
                <w:rFonts w:eastAsia="新細明體" w:hint="eastAsia"/>
                <w:sz w:val="18"/>
                <w:lang w:eastAsia="zh-TW"/>
              </w:rPr>
              <w:t>台中市北區崇德路一段</w:t>
            </w:r>
            <w:r w:rsidR="00325757">
              <w:rPr>
                <w:rFonts w:eastAsia="新細明體" w:hint="eastAsia"/>
                <w:sz w:val="18"/>
                <w:lang w:eastAsia="zh-TW"/>
              </w:rPr>
              <w:t>631</w:t>
            </w:r>
            <w:r w:rsidR="00325757">
              <w:rPr>
                <w:rFonts w:eastAsia="新細明體" w:hint="eastAsia"/>
                <w:sz w:val="18"/>
                <w:lang w:eastAsia="zh-TW"/>
              </w:rPr>
              <w:t>號</w:t>
            </w:r>
            <w:r w:rsidR="00325757">
              <w:rPr>
                <w:rFonts w:eastAsia="新細明體" w:hint="eastAsia"/>
                <w:sz w:val="18"/>
                <w:lang w:eastAsia="zh-TW"/>
              </w:rPr>
              <w:t>19</w:t>
            </w:r>
            <w:r w:rsidR="00325757">
              <w:rPr>
                <w:rFonts w:eastAsia="新細明體" w:hint="eastAsia"/>
                <w:sz w:val="18"/>
                <w:lang w:eastAsia="zh-TW"/>
              </w:rPr>
              <w:t>樓之</w:t>
            </w:r>
            <w:r w:rsidR="00325757">
              <w:rPr>
                <w:rFonts w:eastAsia="新細明體" w:hint="eastAsia"/>
                <w:sz w:val="18"/>
                <w:lang w:eastAsia="zh-TW"/>
              </w:rPr>
              <w:t>2</w:t>
            </w:r>
            <w:r w:rsidRPr="00325757">
              <w:rPr>
                <w:sz w:val="24"/>
                <w:szCs w:val="32"/>
                <w:lang w:eastAsia="zh-TW"/>
              </w:rPr>
              <w:br/>
            </w:r>
            <w:r>
              <w:rPr>
                <w:rFonts w:ascii="新細明體" w:eastAsia="新細明體" w:hAnsi="新細明體" w:cs="新細明體" w:hint="eastAsia"/>
                <w:sz w:val="18"/>
                <w:lang w:eastAsia="zh-TW"/>
              </w:rPr>
              <w:t>聯絡人：</w:t>
            </w:r>
            <w:r>
              <w:rPr>
                <w:sz w:val="18"/>
                <w:lang w:eastAsia="zh-TW"/>
              </w:rPr>
              <w:br/>
            </w:r>
            <w:r>
              <w:rPr>
                <w:rFonts w:ascii="新細明體" w:eastAsia="新細明體" w:hAnsi="新細明體" w:cs="新細明體" w:hint="eastAsia"/>
                <w:sz w:val="18"/>
                <w:lang w:eastAsia="zh-TW"/>
              </w:rPr>
              <w:t>電話／</w:t>
            </w:r>
            <w:r>
              <w:rPr>
                <w:sz w:val="18"/>
                <w:lang w:eastAsia="zh-TW"/>
              </w:rPr>
              <w:t>Email</w:t>
            </w:r>
            <w:r>
              <w:rPr>
                <w:rFonts w:ascii="新細明體" w:eastAsia="新細明體" w:hAnsi="新細明體" w:cs="新細明體" w:hint="eastAsia"/>
                <w:sz w:val="18"/>
                <w:lang w:eastAsia="zh-TW"/>
              </w:rPr>
              <w:t>：</w:t>
            </w:r>
            <w:r>
              <w:rPr>
                <w:sz w:val="18"/>
                <w:lang w:eastAsia="zh-TW"/>
              </w:rPr>
              <w:br/>
            </w:r>
          </w:p>
          <w:p w14:paraId="58BB2488" w14:textId="7B862F06" w:rsidR="007A3098" w:rsidRPr="000D6D0A" w:rsidRDefault="00000000" w:rsidP="002B223D">
            <w:pPr>
              <w:spacing w:after="0" w:line="300" w:lineRule="auto"/>
              <w:rPr>
                <w:b/>
                <w:bCs/>
                <w:lang w:eastAsia="zh-TW"/>
              </w:rPr>
            </w:pPr>
            <w:r w:rsidRPr="000D6D0A">
              <w:rPr>
                <w:rFonts w:ascii="新細明體" w:eastAsia="新細明體" w:hAnsi="新細明體" w:cs="新細明體" w:hint="eastAsia"/>
                <w:b/>
                <w:bCs/>
                <w:sz w:val="20"/>
                <w:szCs w:val="24"/>
                <w:lang w:eastAsia="zh-TW"/>
              </w:rPr>
              <w:t>簽章：</w:t>
            </w:r>
          </w:p>
        </w:tc>
        <w:tc>
          <w:tcPr>
            <w:tcW w:w="5298" w:type="dxa"/>
            <w:tcBorders>
              <w:top w:val="single" w:sz="8" w:space="0" w:color="C9D6DC"/>
              <w:left w:val="single" w:sz="8" w:space="0" w:color="C9D6DC"/>
              <w:bottom w:val="single" w:sz="8" w:space="0" w:color="C9D6DC"/>
              <w:right w:val="single" w:sz="8" w:space="0" w:color="C9D6DC"/>
            </w:tcBorders>
            <w:vAlign w:val="center"/>
          </w:tcPr>
          <w:p w14:paraId="1E754CED" w14:textId="76FBFF48" w:rsidR="007A3098" w:rsidRDefault="00000000">
            <w:pPr>
              <w:spacing w:after="0" w:line="300" w:lineRule="auto"/>
              <w:rPr>
                <w:lang w:eastAsia="zh-TW"/>
              </w:rPr>
            </w:pPr>
            <w:r>
              <w:rPr>
                <w:rFonts w:ascii="新細明體" w:eastAsia="新細明體" w:hAnsi="新細明體" w:cs="新細明體" w:hint="eastAsia"/>
                <w:sz w:val="18"/>
                <w:lang w:eastAsia="zh-TW"/>
              </w:rPr>
              <w:t>公</w:t>
            </w:r>
            <w:r>
              <w:rPr>
                <w:sz w:val="18"/>
                <w:lang w:eastAsia="zh-TW"/>
              </w:rPr>
              <w:t>司／商號名稱：</w:t>
            </w:r>
            <w:r w:rsidR="00325757">
              <w:rPr>
                <w:rFonts w:ascii="新細明體" w:eastAsia="新細明體" w:hAnsi="新細明體" w:hint="eastAsia"/>
                <w:sz w:val="18"/>
                <w:lang w:eastAsia="zh-TW"/>
              </w:rPr>
              <w:t>__________________________________________</w:t>
            </w:r>
            <w:r>
              <w:rPr>
                <w:sz w:val="18"/>
                <w:lang w:eastAsia="zh-TW"/>
              </w:rPr>
              <w:br/>
              <w:t xml:space="preserve">統一編號：　　　　　　　　　　　　</w:t>
            </w:r>
            <w:r>
              <w:rPr>
                <w:sz w:val="18"/>
                <w:lang w:eastAsia="zh-TW"/>
              </w:rPr>
              <w:br/>
              <w:t xml:space="preserve">負責人／代表人：　　　　　　　　　</w:t>
            </w:r>
            <w:r>
              <w:rPr>
                <w:sz w:val="18"/>
                <w:lang w:eastAsia="zh-TW"/>
              </w:rPr>
              <w:br/>
              <w:t xml:space="preserve">地址：　　　　　　　　　　　　　　</w:t>
            </w:r>
            <w:r>
              <w:rPr>
                <w:sz w:val="18"/>
                <w:lang w:eastAsia="zh-TW"/>
              </w:rPr>
              <w:br/>
              <w:t xml:space="preserve">聯絡人：　　　　　　　　　　　　　</w:t>
            </w:r>
            <w:r>
              <w:rPr>
                <w:sz w:val="18"/>
                <w:lang w:eastAsia="zh-TW"/>
              </w:rPr>
              <w:br/>
              <w:t xml:space="preserve">電話／Email：　　　　　　　　　　　</w:t>
            </w:r>
            <w:r>
              <w:rPr>
                <w:sz w:val="18"/>
                <w:lang w:eastAsia="zh-TW"/>
              </w:rPr>
              <w:br/>
            </w:r>
            <w:r>
              <w:rPr>
                <w:sz w:val="18"/>
                <w:lang w:eastAsia="zh-TW"/>
              </w:rPr>
              <w:br/>
            </w:r>
            <w:r w:rsidRPr="000D6D0A">
              <w:rPr>
                <w:b/>
                <w:bCs/>
                <w:sz w:val="20"/>
                <w:szCs w:val="24"/>
                <w:lang w:eastAsia="zh-TW"/>
              </w:rPr>
              <w:t>簽章：</w:t>
            </w:r>
          </w:p>
        </w:tc>
      </w:tr>
      <w:tr w:rsidR="007A3098" w14:paraId="52E245B1" w14:textId="77777777">
        <w:trPr>
          <w:cantSplit/>
          <w:jc w:val="center"/>
        </w:trPr>
        <w:tc>
          <w:tcPr>
            <w:tcW w:w="5298" w:type="dxa"/>
            <w:tcBorders>
              <w:top w:val="single" w:sz="8" w:space="0" w:color="C9D6DC"/>
              <w:left w:val="single" w:sz="8" w:space="0" w:color="C9D6DC"/>
              <w:bottom w:val="single" w:sz="8" w:space="0" w:color="C9D6DC"/>
              <w:right w:val="single" w:sz="8" w:space="0" w:color="C9D6DC"/>
            </w:tcBorders>
            <w:shd w:val="clear" w:color="auto" w:fill="F8F3EA"/>
            <w:vAlign w:val="center"/>
          </w:tcPr>
          <w:p w14:paraId="5BEB75BA" w14:textId="77777777" w:rsidR="007A3098" w:rsidRDefault="00000000">
            <w:pPr>
              <w:spacing w:after="0" w:line="252" w:lineRule="auto"/>
              <w:jc w:val="center"/>
              <w:rPr>
                <w:lang w:eastAsia="zh-TW"/>
              </w:rPr>
            </w:pPr>
            <w:r w:rsidRPr="00325757">
              <w:rPr>
                <w:sz w:val="24"/>
                <w:szCs w:val="32"/>
                <w:lang w:eastAsia="zh-TW"/>
              </w:rPr>
              <w:t>中華民國　　　　年　　　　月　　　　日</w:t>
            </w:r>
          </w:p>
        </w:tc>
        <w:tc>
          <w:tcPr>
            <w:tcW w:w="5298" w:type="dxa"/>
            <w:tcBorders>
              <w:top w:val="single" w:sz="8" w:space="0" w:color="C9D6DC"/>
              <w:left w:val="single" w:sz="8" w:space="0" w:color="C9D6DC"/>
              <w:bottom w:val="single" w:sz="8" w:space="0" w:color="C9D6DC"/>
              <w:right w:val="single" w:sz="8" w:space="0" w:color="C9D6DC"/>
            </w:tcBorders>
            <w:shd w:val="clear" w:color="auto" w:fill="F8F3EA"/>
            <w:vAlign w:val="center"/>
          </w:tcPr>
          <w:p w14:paraId="7310498B" w14:textId="77777777" w:rsidR="007A3098" w:rsidRDefault="00000000">
            <w:pPr>
              <w:spacing w:after="0" w:line="252" w:lineRule="auto"/>
              <w:jc w:val="center"/>
              <w:rPr>
                <w:lang w:eastAsia="zh-TW"/>
              </w:rPr>
            </w:pPr>
            <w:r w:rsidRPr="00325757">
              <w:rPr>
                <w:sz w:val="24"/>
                <w:szCs w:val="32"/>
                <w:lang w:eastAsia="zh-TW"/>
              </w:rPr>
              <w:t>中華民國　　　　年　　　　月　　　　日</w:t>
            </w:r>
          </w:p>
        </w:tc>
      </w:tr>
    </w:tbl>
    <w:p w14:paraId="4D987C3B" w14:textId="6793B4D5" w:rsidR="007A3098" w:rsidRPr="00325757" w:rsidRDefault="007A3098">
      <w:pPr>
        <w:rPr>
          <w:rFonts w:eastAsia="新細明體" w:hint="eastAsia"/>
          <w:lang w:eastAsia="zh-TW"/>
        </w:rPr>
      </w:pPr>
    </w:p>
    <w:p w14:paraId="6DE2B09B" w14:textId="77777777" w:rsidR="007A3098" w:rsidRDefault="00000000">
      <w:pPr>
        <w:keepNext/>
        <w:spacing w:before="160"/>
        <w:rPr>
          <w:lang w:eastAsia="zh-TW"/>
        </w:rPr>
      </w:pPr>
      <w:r>
        <w:rPr>
          <w:b/>
          <w:color w:val="C79A3B"/>
          <w:sz w:val="24"/>
          <w:lang w:eastAsia="zh-TW"/>
        </w:rPr>
        <w:t>▌</w:t>
      </w:r>
      <w:r>
        <w:rPr>
          <w:b/>
          <w:color w:val="1F4E5F"/>
          <w:sz w:val="24"/>
          <w:lang w:eastAsia="zh-TW"/>
        </w:rPr>
        <w:t xml:space="preserve"> 附件一　產品合作資料表</w:t>
      </w:r>
    </w:p>
    <w:p w14:paraId="2C9E2DF6" w14:textId="5ACE8F3C" w:rsidR="007A3098" w:rsidRDefault="00000000">
      <w:pPr>
        <w:spacing w:after="80"/>
        <w:rPr>
          <w:lang w:eastAsia="zh-TW"/>
        </w:rPr>
      </w:pPr>
      <w:r>
        <w:rPr>
          <w:color w:val="666666"/>
          <w:sz w:val="18"/>
          <w:lang w:eastAsia="zh-TW"/>
        </w:rPr>
        <w:t>本表為每項合作產品之交易條件。不同產品、不同檔期或不同通路條件不同者，請分別填寫或另附清單；經雙方簽章</w:t>
      </w:r>
      <w:r w:rsidR="00B922F2">
        <w:rPr>
          <w:rFonts w:ascii="新細明體" w:eastAsia="新細明體" w:hAnsi="新細明體" w:hint="eastAsia"/>
          <w:color w:val="666666"/>
          <w:sz w:val="18"/>
          <w:lang w:eastAsia="zh-TW"/>
        </w:rPr>
        <w:t xml:space="preserve"> </w:t>
      </w:r>
      <w:r>
        <w:rPr>
          <w:color w:val="666666"/>
          <w:sz w:val="18"/>
          <w:lang w:eastAsia="zh-TW"/>
        </w:rPr>
        <w:t>或</w:t>
      </w:r>
      <w:r w:rsidR="00B922F2">
        <w:rPr>
          <w:rFonts w:ascii="新細明體" w:eastAsia="新細明體" w:hAnsi="新細明體" w:hint="eastAsia"/>
          <w:color w:val="666666"/>
          <w:sz w:val="18"/>
          <w:lang w:eastAsia="zh-TW"/>
        </w:rPr>
        <w:t xml:space="preserve"> </w:t>
      </w:r>
      <w:r>
        <w:rPr>
          <w:color w:val="666666"/>
          <w:sz w:val="18"/>
          <w:lang w:eastAsia="zh-TW"/>
        </w:rPr>
        <w:t>以電子郵件／通訊軟體確認者，視為本契約附件。</w:t>
      </w:r>
    </w:p>
    <w:tbl>
      <w:tblPr>
        <w:tblW w:w="0" w:type="auto"/>
        <w:jc w:val="center"/>
        <w:tblLayout w:type="fixed"/>
        <w:tblLook w:val="04A0" w:firstRow="1" w:lastRow="0" w:firstColumn="1" w:lastColumn="0" w:noHBand="0" w:noVBand="1"/>
      </w:tblPr>
      <w:tblGrid>
        <w:gridCol w:w="1473"/>
        <w:gridCol w:w="1701"/>
        <w:gridCol w:w="3543"/>
        <w:gridCol w:w="1933"/>
        <w:gridCol w:w="2320"/>
      </w:tblGrid>
      <w:tr w:rsidR="007A3098" w:rsidRPr="00325757" w14:paraId="6A0528CA" w14:textId="77777777" w:rsidTr="00573982">
        <w:trPr>
          <w:cantSplit/>
          <w:trHeight w:val="199"/>
          <w:tblHeader/>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1F4E5F"/>
            <w:vAlign w:val="center"/>
          </w:tcPr>
          <w:p w14:paraId="4B55EF63" w14:textId="77777777" w:rsidR="007A3098" w:rsidRPr="00325757" w:rsidRDefault="00000000">
            <w:pPr>
              <w:spacing w:after="0" w:line="252" w:lineRule="auto"/>
              <w:jc w:val="center"/>
              <w:rPr>
                <w:sz w:val="20"/>
                <w:szCs w:val="20"/>
              </w:rPr>
            </w:pPr>
            <w:r w:rsidRPr="00325757">
              <w:rPr>
                <w:b/>
                <w:color w:val="FFFFFF"/>
                <w:sz w:val="20"/>
                <w:szCs w:val="20"/>
              </w:rPr>
              <w:t>類別</w:t>
            </w:r>
          </w:p>
        </w:tc>
        <w:tc>
          <w:tcPr>
            <w:tcW w:w="1701" w:type="dxa"/>
            <w:tcBorders>
              <w:top w:val="single" w:sz="6" w:space="0" w:color="C9D6DC"/>
              <w:left w:val="single" w:sz="6" w:space="0" w:color="C9D6DC"/>
              <w:bottom w:val="single" w:sz="6" w:space="0" w:color="C9D6DC"/>
              <w:right w:val="single" w:sz="6" w:space="0" w:color="C9D6DC"/>
            </w:tcBorders>
            <w:shd w:val="clear" w:color="auto" w:fill="1F4E5F"/>
            <w:vAlign w:val="center"/>
          </w:tcPr>
          <w:p w14:paraId="3ACD8B92" w14:textId="77777777" w:rsidR="007A3098" w:rsidRPr="00325757" w:rsidRDefault="00000000">
            <w:pPr>
              <w:spacing w:after="0" w:line="252" w:lineRule="auto"/>
              <w:jc w:val="center"/>
              <w:rPr>
                <w:sz w:val="20"/>
                <w:szCs w:val="20"/>
              </w:rPr>
            </w:pPr>
            <w:r w:rsidRPr="00325757">
              <w:rPr>
                <w:b/>
                <w:color w:val="FFFFFF"/>
                <w:sz w:val="20"/>
                <w:szCs w:val="20"/>
              </w:rPr>
              <w:t>項目</w:t>
            </w:r>
          </w:p>
        </w:tc>
        <w:tc>
          <w:tcPr>
            <w:tcW w:w="3543" w:type="dxa"/>
            <w:tcBorders>
              <w:top w:val="single" w:sz="6" w:space="0" w:color="C9D6DC"/>
              <w:left w:val="single" w:sz="6" w:space="0" w:color="C9D6DC"/>
              <w:bottom w:val="single" w:sz="6" w:space="0" w:color="C9D6DC"/>
              <w:right w:val="single" w:sz="6" w:space="0" w:color="C9D6DC"/>
            </w:tcBorders>
            <w:shd w:val="clear" w:color="auto" w:fill="1F4E5F"/>
            <w:vAlign w:val="center"/>
          </w:tcPr>
          <w:p w14:paraId="7A703B60" w14:textId="77777777" w:rsidR="007A3098" w:rsidRPr="00325757" w:rsidRDefault="00000000">
            <w:pPr>
              <w:spacing w:after="0" w:line="252" w:lineRule="auto"/>
              <w:jc w:val="center"/>
              <w:rPr>
                <w:sz w:val="20"/>
                <w:szCs w:val="20"/>
              </w:rPr>
            </w:pPr>
            <w:r w:rsidRPr="00325757">
              <w:rPr>
                <w:b/>
                <w:color w:val="FFFFFF"/>
                <w:sz w:val="20"/>
                <w:szCs w:val="20"/>
              </w:rPr>
              <w:t>內容</w:t>
            </w:r>
          </w:p>
        </w:tc>
        <w:tc>
          <w:tcPr>
            <w:tcW w:w="1933" w:type="dxa"/>
            <w:tcBorders>
              <w:top w:val="single" w:sz="6" w:space="0" w:color="C9D6DC"/>
              <w:left w:val="single" w:sz="6" w:space="0" w:color="C9D6DC"/>
              <w:bottom w:val="single" w:sz="6" w:space="0" w:color="C9D6DC"/>
              <w:right w:val="single" w:sz="6" w:space="0" w:color="C9D6DC"/>
            </w:tcBorders>
            <w:shd w:val="clear" w:color="auto" w:fill="1F4E5F"/>
            <w:vAlign w:val="center"/>
          </w:tcPr>
          <w:p w14:paraId="3EA2BBD3" w14:textId="77777777" w:rsidR="007A3098" w:rsidRPr="00325757" w:rsidRDefault="00000000">
            <w:pPr>
              <w:spacing w:after="0" w:line="252" w:lineRule="auto"/>
              <w:jc w:val="center"/>
              <w:rPr>
                <w:sz w:val="20"/>
                <w:szCs w:val="20"/>
              </w:rPr>
            </w:pPr>
            <w:r w:rsidRPr="00325757">
              <w:rPr>
                <w:b/>
                <w:color w:val="FFFFFF"/>
                <w:sz w:val="20"/>
                <w:szCs w:val="20"/>
              </w:rPr>
              <w:t>項目</w:t>
            </w:r>
          </w:p>
        </w:tc>
        <w:tc>
          <w:tcPr>
            <w:tcW w:w="2320" w:type="dxa"/>
            <w:tcBorders>
              <w:top w:val="single" w:sz="6" w:space="0" w:color="C9D6DC"/>
              <w:left w:val="single" w:sz="6" w:space="0" w:color="C9D6DC"/>
              <w:bottom w:val="single" w:sz="6" w:space="0" w:color="C9D6DC"/>
              <w:right w:val="single" w:sz="6" w:space="0" w:color="C9D6DC"/>
            </w:tcBorders>
            <w:shd w:val="clear" w:color="auto" w:fill="1F4E5F"/>
            <w:vAlign w:val="center"/>
          </w:tcPr>
          <w:p w14:paraId="040C6180" w14:textId="77777777" w:rsidR="007A3098" w:rsidRPr="00325757" w:rsidRDefault="00000000">
            <w:pPr>
              <w:spacing w:after="0" w:line="252" w:lineRule="auto"/>
              <w:jc w:val="center"/>
              <w:rPr>
                <w:sz w:val="20"/>
                <w:szCs w:val="20"/>
              </w:rPr>
            </w:pPr>
            <w:r w:rsidRPr="00325757">
              <w:rPr>
                <w:b/>
                <w:color w:val="FFFFFF"/>
                <w:sz w:val="20"/>
                <w:szCs w:val="20"/>
              </w:rPr>
              <w:t>內容</w:t>
            </w:r>
          </w:p>
        </w:tc>
      </w:tr>
      <w:tr w:rsidR="007A3098" w:rsidRPr="00325757" w14:paraId="7AFE82F7"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62FABD8C" w14:textId="77777777" w:rsidR="007A3098" w:rsidRPr="00325757" w:rsidRDefault="00000000">
            <w:pPr>
              <w:spacing w:after="0" w:line="252" w:lineRule="auto"/>
              <w:jc w:val="center"/>
              <w:rPr>
                <w:sz w:val="20"/>
                <w:szCs w:val="20"/>
              </w:rPr>
            </w:pPr>
            <w:r w:rsidRPr="00325757">
              <w:rPr>
                <w:b/>
                <w:color w:val="1F4E5F"/>
                <w:sz w:val="20"/>
                <w:szCs w:val="20"/>
              </w:rPr>
              <w:t>產品基本資料</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4846A0D7" w14:textId="77777777" w:rsidR="007A3098" w:rsidRPr="00325757" w:rsidRDefault="00000000">
            <w:pPr>
              <w:spacing w:after="0" w:line="252" w:lineRule="auto"/>
              <w:jc w:val="center"/>
              <w:rPr>
                <w:sz w:val="20"/>
                <w:szCs w:val="20"/>
              </w:rPr>
            </w:pPr>
            <w:r w:rsidRPr="00325757">
              <w:rPr>
                <w:b/>
                <w:color w:val="1F4E5F"/>
                <w:sz w:val="20"/>
                <w:szCs w:val="20"/>
              </w:rPr>
              <w:t>產品名稱</w:t>
            </w:r>
          </w:p>
        </w:tc>
        <w:tc>
          <w:tcPr>
            <w:tcW w:w="3543" w:type="dxa"/>
            <w:tcBorders>
              <w:top w:val="single" w:sz="6" w:space="0" w:color="C9D6DC"/>
              <w:left w:val="single" w:sz="6" w:space="0" w:color="C9D6DC"/>
              <w:bottom w:val="single" w:sz="6" w:space="0" w:color="C9D6DC"/>
              <w:right w:val="single" w:sz="6" w:space="0" w:color="C9D6DC"/>
            </w:tcBorders>
            <w:vAlign w:val="center"/>
          </w:tcPr>
          <w:p w14:paraId="5895310B" w14:textId="77777777" w:rsidR="007A3098" w:rsidRPr="00325757" w:rsidRDefault="00000000">
            <w:pPr>
              <w:spacing w:after="0" w:line="252" w:lineRule="auto"/>
              <w:rPr>
                <w:sz w:val="20"/>
                <w:szCs w:val="20"/>
              </w:rPr>
            </w:pPr>
            <w:r w:rsidRPr="00325757">
              <w:rPr>
                <w:sz w:val="20"/>
                <w:szCs w:val="20"/>
              </w:rPr>
              <w:t xml:space="preserve">　　　　　　　　　　　　　　　</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6E876423" w14:textId="77777777" w:rsidR="007A3098" w:rsidRPr="00325757" w:rsidRDefault="00000000">
            <w:pPr>
              <w:spacing w:after="0" w:line="252" w:lineRule="auto"/>
              <w:jc w:val="center"/>
              <w:rPr>
                <w:sz w:val="20"/>
                <w:szCs w:val="20"/>
              </w:rPr>
            </w:pPr>
            <w:r w:rsidRPr="00325757">
              <w:rPr>
                <w:b/>
                <w:color w:val="1F4E5F"/>
                <w:sz w:val="20"/>
                <w:szCs w:val="20"/>
              </w:rPr>
              <w:t>SKU／型號</w:t>
            </w:r>
          </w:p>
        </w:tc>
        <w:tc>
          <w:tcPr>
            <w:tcW w:w="2320" w:type="dxa"/>
            <w:tcBorders>
              <w:top w:val="single" w:sz="6" w:space="0" w:color="C9D6DC"/>
              <w:left w:val="single" w:sz="6" w:space="0" w:color="C9D6DC"/>
              <w:bottom w:val="single" w:sz="6" w:space="0" w:color="C9D6DC"/>
              <w:right w:val="single" w:sz="6" w:space="0" w:color="C9D6DC"/>
            </w:tcBorders>
            <w:vAlign w:val="center"/>
          </w:tcPr>
          <w:p w14:paraId="5B197731" w14:textId="77777777" w:rsidR="007A3098" w:rsidRPr="00573982" w:rsidRDefault="00000000">
            <w:pPr>
              <w:spacing w:after="0" w:line="252" w:lineRule="auto"/>
              <w:rPr>
                <w:color w:val="D9D9D9" w:themeColor="background1" w:themeShade="D9"/>
                <w:sz w:val="22"/>
              </w:rPr>
            </w:pPr>
            <w:r w:rsidRPr="00573982">
              <w:rPr>
                <w:color w:val="D9D9D9" w:themeColor="background1" w:themeShade="D9"/>
                <w:sz w:val="22"/>
              </w:rPr>
              <w:t xml:space="preserve">　　　　　　　　　</w:t>
            </w:r>
          </w:p>
        </w:tc>
      </w:tr>
      <w:tr w:rsidR="007A3098" w:rsidRPr="00325757" w14:paraId="4E4C924A"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10F33AB7" w14:textId="77777777" w:rsidR="007A3098" w:rsidRPr="00325757" w:rsidRDefault="00000000">
            <w:pPr>
              <w:spacing w:after="0" w:line="252" w:lineRule="auto"/>
              <w:jc w:val="center"/>
              <w:rPr>
                <w:sz w:val="20"/>
                <w:szCs w:val="20"/>
              </w:rPr>
            </w:pPr>
            <w:r w:rsidRPr="00325757">
              <w:rPr>
                <w:b/>
                <w:color w:val="1F4E5F"/>
                <w:sz w:val="20"/>
                <w:szCs w:val="20"/>
              </w:rPr>
              <w:t>產品基本資料</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5E20310E" w14:textId="77777777" w:rsidR="007A3098" w:rsidRPr="00325757" w:rsidRDefault="00000000">
            <w:pPr>
              <w:spacing w:after="0" w:line="252" w:lineRule="auto"/>
              <w:jc w:val="center"/>
              <w:rPr>
                <w:sz w:val="20"/>
                <w:szCs w:val="20"/>
              </w:rPr>
            </w:pPr>
            <w:r w:rsidRPr="00325757">
              <w:rPr>
                <w:b/>
                <w:color w:val="1F4E5F"/>
                <w:sz w:val="20"/>
                <w:szCs w:val="20"/>
              </w:rPr>
              <w:t>規格／容量</w:t>
            </w:r>
          </w:p>
        </w:tc>
        <w:tc>
          <w:tcPr>
            <w:tcW w:w="3543" w:type="dxa"/>
            <w:tcBorders>
              <w:top w:val="single" w:sz="6" w:space="0" w:color="C9D6DC"/>
              <w:left w:val="single" w:sz="6" w:space="0" w:color="C9D6DC"/>
              <w:bottom w:val="single" w:sz="6" w:space="0" w:color="C9D6DC"/>
              <w:right w:val="single" w:sz="6" w:space="0" w:color="C9D6DC"/>
            </w:tcBorders>
            <w:vAlign w:val="center"/>
          </w:tcPr>
          <w:p w14:paraId="1406D73B" w14:textId="77777777" w:rsidR="007A3098" w:rsidRPr="00325757" w:rsidRDefault="00000000">
            <w:pPr>
              <w:spacing w:after="0" w:line="252" w:lineRule="auto"/>
              <w:rPr>
                <w:sz w:val="20"/>
                <w:szCs w:val="20"/>
              </w:rPr>
            </w:pPr>
            <w:r w:rsidRPr="00325757">
              <w:rPr>
                <w:sz w:val="20"/>
                <w:szCs w:val="20"/>
              </w:rPr>
              <w:t xml:space="preserve">　　　　　　　　　　　　　　　</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657BB08C" w14:textId="77777777" w:rsidR="007A3098" w:rsidRPr="00325757" w:rsidRDefault="00000000">
            <w:pPr>
              <w:spacing w:after="0" w:line="252" w:lineRule="auto"/>
              <w:jc w:val="center"/>
              <w:rPr>
                <w:sz w:val="20"/>
                <w:szCs w:val="20"/>
              </w:rPr>
            </w:pPr>
            <w:r w:rsidRPr="00325757">
              <w:rPr>
                <w:b/>
                <w:color w:val="1F4E5F"/>
                <w:sz w:val="20"/>
                <w:szCs w:val="20"/>
              </w:rPr>
              <w:t>保存期限／效期</w:t>
            </w:r>
          </w:p>
        </w:tc>
        <w:tc>
          <w:tcPr>
            <w:tcW w:w="2320" w:type="dxa"/>
            <w:tcBorders>
              <w:top w:val="single" w:sz="6" w:space="0" w:color="C9D6DC"/>
              <w:left w:val="single" w:sz="6" w:space="0" w:color="C9D6DC"/>
              <w:bottom w:val="single" w:sz="6" w:space="0" w:color="C9D6DC"/>
              <w:right w:val="single" w:sz="6" w:space="0" w:color="C9D6DC"/>
            </w:tcBorders>
            <w:vAlign w:val="center"/>
          </w:tcPr>
          <w:p w14:paraId="5530DAF3" w14:textId="77777777" w:rsidR="007A3098" w:rsidRPr="00573982" w:rsidRDefault="00000000">
            <w:pPr>
              <w:spacing w:after="0" w:line="252" w:lineRule="auto"/>
              <w:rPr>
                <w:color w:val="D9D9D9" w:themeColor="background1" w:themeShade="D9"/>
                <w:sz w:val="22"/>
              </w:rPr>
            </w:pPr>
            <w:r w:rsidRPr="00573982">
              <w:rPr>
                <w:color w:val="D9D9D9" w:themeColor="background1" w:themeShade="D9"/>
                <w:sz w:val="22"/>
              </w:rPr>
              <w:t xml:space="preserve">　　　　　　　　　</w:t>
            </w:r>
          </w:p>
        </w:tc>
      </w:tr>
      <w:tr w:rsidR="007A3098" w:rsidRPr="00325757" w14:paraId="7D532B3F"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6A94FDF1" w14:textId="77777777" w:rsidR="007A3098" w:rsidRPr="00325757" w:rsidRDefault="00000000">
            <w:pPr>
              <w:spacing w:after="0" w:line="252" w:lineRule="auto"/>
              <w:jc w:val="center"/>
              <w:rPr>
                <w:sz w:val="20"/>
                <w:szCs w:val="20"/>
              </w:rPr>
            </w:pPr>
            <w:r w:rsidRPr="00325757">
              <w:rPr>
                <w:b/>
                <w:color w:val="1F4E5F"/>
                <w:sz w:val="20"/>
                <w:szCs w:val="20"/>
              </w:rPr>
              <w:t>產品基本資料</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70DEF751" w14:textId="77777777" w:rsidR="007A3098" w:rsidRPr="00325757" w:rsidRDefault="00000000">
            <w:pPr>
              <w:spacing w:after="0" w:line="252" w:lineRule="auto"/>
              <w:jc w:val="center"/>
              <w:rPr>
                <w:sz w:val="20"/>
                <w:szCs w:val="20"/>
              </w:rPr>
            </w:pPr>
            <w:r w:rsidRPr="00325757">
              <w:rPr>
                <w:b/>
                <w:color w:val="1F4E5F"/>
                <w:sz w:val="20"/>
                <w:szCs w:val="20"/>
              </w:rPr>
              <w:t>製造商／進口商</w:t>
            </w:r>
          </w:p>
        </w:tc>
        <w:tc>
          <w:tcPr>
            <w:tcW w:w="3543" w:type="dxa"/>
            <w:tcBorders>
              <w:top w:val="single" w:sz="6" w:space="0" w:color="C9D6DC"/>
              <w:left w:val="single" w:sz="6" w:space="0" w:color="C9D6DC"/>
              <w:bottom w:val="single" w:sz="6" w:space="0" w:color="C9D6DC"/>
              <w:right w:val="single" w:sz="6" w:space="0" w:color="C9D6DC"/>
            </w:tcBorders>
            <w:vAlign w:val="center"/>
          </w:tcPr>
          <w:p w14:paraId="34C2C66D" w14:textId="77777777" w:rsidR="007A3098" w:rsidRPr="00325757" w:rsidRDefault="00000000">
            <w:pPr>
              <w:spacing w:after="0" w:line="252" w:lineRule="auto"/>
              <w:rPr>
                <w:sz w:val="20"/>
                <w:szCs w:val="20"/>
              </w:rPr>
            </w:pPr>
            <w:r w:rsidRPr="00325757">
              <w:rPr>
                <w:sz w:val="20"/>
                <w:szCs w:val="20"/>
              </w:rPr>
              <w:t xml:space="preserve">　　　　　　　　　　　　　　　</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2F4321EF" w14:textId="77777777" w:rsidR="007A3098" w:rsidRPr="00325757" w:rsidRDefault="00000000">
            <w:pPr>
              <w:spacing w:after="0" w:line="252" w:lineRule="auto"/>
              <w:jc w:val="center"/>
              <w:rPr>
                <w:sz w:val="20"/>
                <w:szCs w:val="20"/>
              </w:rPr>
            </w:pPr>
            <w:r w:rsidRPr="00325757">
              <w:rPr>
                <w:b/>
                <w:color w:val="1F4E5F"/>
                <w:sz w:val="20"/>
                <w:szCs w:val="20"/>
              </w:rPr>
              <w:t>產地</w:t>
            </w:r>
          </w:p>
        </w:tc>
        <w:tc>
          <w:tcPr>
            <w:tcW w:w="2320" w:type="dxa"/>
            <w:tcBorders>
              <w:top w:val="single" w:sz="6" w:space="0" w:color="C9D6DC"/>
              <w:left w:val="single" w:sz="6" w:space="0" w:color="C9D6DC"/>
              <w:bottom w:val="single" w:sz="6" w:space="0" w:color="C9D6DC"/>
              <w:right w:val="single" w:sz="6" w:space="0" w:color="C9D6DC"/>
            </w:tcBorders>
            <w:vAlign w:val="center"/>
          </w:tcPr>
          <w:p w14:paraId="3D799B9A" w14:textId="77777777" w:rsidR="007A3098" w:rsidRPr="00573982" w:rsidRDefault="00000000">
            <w:pPr>
              <w:spacing w:after="0" w:line="252" w:lineRule="auto"/>
              <w:rPr>
                <w:color w:val="D9D9D9" w:themeColor="background1" w:themeShade="D9"/>
                <w:sz w:val="22"/>
              </w:rPr>
            </w:pPr>
            <w:r w:rsidRPr="00573982">
              <w:rPr>
                <w:color w:val="D9D9D9" w:themeColor="background1" w:themeShade="D9"/>
                <w:sz w:val="22"/>
              </w:rPr>
              <w:t xml:space="preserve">　　　　　　　　　</w:t>
            </w:r>
          </w:p>
        </w:tc>
      </w:tr>
      <w:tr w:rsidR="007A3098" w:rsidRPr="00325757" w14:paraId="4D18F3EF"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F8F3EA"/>
            <w:vAlign w:val="center"/>
          </w:tcPr>
          <w:p w14:paraId="7AAF1AF3" w14:textId="77777777" w:rsidR="007A3098" w:rsidRPr="00325757" w:rsidRDefault="00000000">
            <w:pPr>
              <w:spacing w:after="0" w:line="252" w:lineRule="auto"/>
              <w:jc w:val="center"/>
              <w:rPr>
                <w:sz w:val="20"/>
                <w:szCs w:val="20"/>
              </w:rPr>
            </w:pPr>
            <w:r w:rsidRPr="00325757">
              <w:rPr>
                <w:b/>
                <w:color w:val="1F4E5F"/>
                <w:sz w:val="20"/>
                <w:szCs w:val="20"/>
              </w:rPr>
              <w:t>價格與結帳</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2AA9E147" w14:textId="77777777" w:rsidR="007A3098" w:rsidRPr="00325757" w:rsidRDefault="00000000">
            <w:pPr>
              <w:spacing w:after="0" w:line="252" w:lineRule="auto"/>
              <w:jc w:val="center"/>
              <w:rPr>
                <w:sz w:val="20"/>
                <w:szCs w:val="20"/>
              </w:rPr>
            </w:pPr>
            <w:r w:rsidRPr="00325757">
              <w:rPr>
                <w:b/>
                <w:color w:val="1F4E5F"/>
                <w:sz w:val="20"/>
                <w:szCs w:val="20"/>
              </w:rPr>
              <w:t>建議售價</w:t>
            </w:r>
          </w:p>
        </w:tc>
        <w:tc>
          <w:tcPr>
            <w:tcW w:w="3543" w:type="dxa"/>
            <w:tcBorders>
              <w:top w:val="single" w:sz="6" w:space="0" w:color="C9D6DC"/>
              <w:left w:val="single" w:sz="6" w:space="0" w:color="C9D6DC"/>
              <w:bottom w:val="single" w:sz="6" w:space="0" w:color="C9D6DC"/>
              <w:right w:val="single" w:sz="6" w:space="0" w:color="C9D6DC"/>
            </w:tcBorders>
            <w:vAlign w:val="center"/>
          </w:tcPr>
          <w:p w14:paraId="52342427" w14:textId="77777777" w:rsidR="007A3098" w:rsidRPr="00325757" w:rsidRDefault="00000000">
            <w:pPr>
              <w:spacing w:after="0" w:line="252" w:lineRule="auto"/>
              <w:rPr>
                <w:sz w:val="20"/>
                <w:szCs w:val="20"/>
              </w:rPr>
            </w:pPr>
            <w:r w:rsidRPr="00325757">
              <w:rPr>
                <w:sz w:val="20"/>
                <w:szCs w:val="20"/>
              </w:rPr>
              <w:t xml:space="preserve">NT$　　　　　　　　　　　　　</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355BD152" w14:textId="77777777" w:rsidR="007A3098" w:rsidRPr="00325757" w:rsidRDefault="00000000">
            <w:pPr>
              <w:spacing w:after="0" w:line="252" w:lineRule="auto"/>
              <w:jc w:val="center"/>
              <w:rPr>
                <w:sz w:val="20"/>
                <w:szCs w:val="20"/>
              </w:rPr>
            </w:pPr>
            <w:r w:rsidRPr="00325757">
              <w:rPr>
                <w:b/>
                <w:color w:val="1F4E5F"/>
                <w:sz w:val="20"/>
                <w:szCs w:val="20"/>
              </w:rPr>
              <w:t>供貨價／拆帳比例</w:t>
            </w:r>
          </w:p>
        </w:tc>
        <w:tc>
          <w:tcPr>
            <w:tcW w:w="2320" w:type="dxa"/>
            <w:tcBorders>
              <w:top w:val="single" w:sz="6" w:space="0" w:color="C9D6DC"/>
              <w:left w:val="single" w:sz="6" w:space="0" w:color="C9D6DC"/>
              <w:bottom w:val="single" w:sz="6" w:space="0" w:color="C9D6DC"/>
              <w:right w:val="single" w:sz="6" w:space="0" w:color="C9D6DC"/>
            </w:tcBorders>
            <w:vAlign w:val="center"/>
          </w:tcPr>
          <w:p w14:paraId="1E7A18DF" w14:textId="77777777" w:rsidR="007A3098" w:rsidRPr="00573982" w:rsidRDefault="00000000">
            <w:pPr>
              <w:spacing w:after="0" w:line="252" w:lineRule="auto"/>
              <w:rPr>
                <w:color w:val="D9D9D9" w:themeColor="background1" w:themeShade="D9"/>
                <w:sz w:val="22"/>
              </w:rPr>
            </w:pPr>
            <w:r w:rsidRPr="00573982">
              <w:rPr>
                <w:color w:val="D9D9D9" w:themeColor="background1" w:themeShade="D9"/>
                <w:sz w:val="22"/>
              </w:rPr>
              <w:t xml:space="preserve">　　　　　　　　　</w:t>
            </w:r>
          </w:p>
        </w:tc>
      </w:tr>
      <w:tr w:rsidR="007A3098" w:rsidRPr="00325757" w14:paraId="4D9AD0EB"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F8F3EA"/>
            <w:vAlign w:val="center"/>
          </w:tcPr>
          <w:p w14:paraId="5152F842" w14:textId="77777777" w:rsidR="007A3098" w:rsidRPr="00325757" w:rsidRDefault="00000000">
            <w:pPr>
              <w:spacing w:after="0" w:line="252" w:lineRule="auto"/>
              <w:jc w:val="center"/>
              <w:rPr>
                <w:sz w:val="20"/>
                <w:szCs w:val="20"/>
              </w:rPr>
            </w:pPr>
            <w:r w:rsidRPr="00325757">
              <w:rPr>
                <w:b/>
                <w:color w:val="1F4E5F"/>
                <w:sz w:val="20"/>
                <w:szCs w:val="20"/>
              </w:rPr>
              <w:t>價格與結帳</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770ACD0C" w14:textId="77777777" w:rsidR="007A3098" w:rsidRPr="00325757" w:rsidRDefault="00000000">
            <w:pPr>
              <w:spacing w:after="0" w:line="252" w:lineRule="auto"/>
              <w:jc w:val="center"/>
              <w:rPr>
                <w:sz w:val="20"/>
                <w:szCs w:val="20"/>
              </w:rPr>
            </w:pPr>
            <w:r w:rsidRPr="00325757">
              <w:rPr>
                <w:b/>
                <w:color w:val="1F4E5F"/>
                <w:sz w:val="20"/>
                <w:szCs w:val="20"/>
              </w:rPr>
              <w:t>發票開立</w:t>
            </w:r>
          </w:p>
        </w:tc>
        <w:tc>
          <w:tcPr>
            <w:tcW w:w="3543" w:type="dxa"/>
            <w:tcBorders>
              <w:top w:val="single" w:sz="6" w:space="0" w:color="C9D6DC"/>
              <w:left w:val="single" w:sz="6" w:space="0" w:color="C9D6DC"/>
              <w:bottom w:val="single" w:sz="6" w:space="0" w:color="C9D6DC"/>
              <w:right w:val="single" w:sz="6" w:space="0" w:color="C9D6DC"/>
            </w:tcBorders>
            <w:vAlign w:val="center"/>
          </w:tcPr>
          <w:p w14:paraId="746933BA" w14:textId="6461F083" w:rsidR="007A3098" w:rsidRPr="00325757" w:rsidRDefault="002B223D">
            <w:pPr>
              <w:spacing w:after="0" w:line="252" w:lineRule="auto"/>
              <w:rPr>
                <w:sz w:val="20"/>
                <w:szCs w:val="20"/>
                <w:lang w:eastAsia="zh-TW"/>
              </w:rPr>
            </w:pPr>
            <w:r>
              <w:rPr>
                <w:rFonts w:ascii="新細明體" w:eastAsia="新細明體" w:hAnsi="新細明體" w:cs="Times New Roman" w:hint="eastAsia"/>
                <w:b/>
                <w:color w:val="1F4E5F"/>
                <w:sz w:val="24"/>
                <w:lang w:eastAsia="zh-TW"/>
              </w:rPr>
              <w:t>□</w:t>
            </w:r>
            <w:r w:rsidRPr="00325757">
              <w:rPr>
                <w:sz w:val="20"/>
                <w:szCs w:val="20"/>
                <w:lang w:eastAsia="zh-TW"/>
              </w:rPr>
              <w:t>乙方開立予甲方</w:t>
            </w:r>
            <w:r>
              <w:rPr>
                <w:rFonts w:ascii="新細明體" w:eastAsia="新細明體" w:hAnsi="新細明體" w:cs="Times New Roman" w:hint="eastAsia"/>
                <w:b/>
                <w:color w:val="1F4E5F"/>
                <w:sz w:val="24"/>
                <w:lang w:eastAsia="zh-TW"/>
              </w:rPr>
              <w:t>□</w:t>
            </w:r>
            <w:r w:rsidRPr="00325757">
              <w:rPr>
                <w:sz w:val="20"/>
                <w:szCs w:val="20"/>
                <w:lang w:eastAsia="zh-TW"/>
              </w:rPr>
              <w:t>依實銷對帳開立</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02F255D8" w14:textId="77777777" w:rsidR="007A3098" w:rsidRPr="00325757" w:rsidRDefault="00000000">
            <w:pPr>
              <w:spacing w:after="0" w:line="252" w:lineRule="auto"/>
              <w:jc w:val="center"/>
              <w:rPr>
                <w:sz w:val="20"/>
                <w:szCs w:val="20"/>
              </w:rPr>
            </w:pPr>
            <w:r w:rsidRPr="00325757">
              <w:rPr>
                <w:b/>
                <w:color w:val="1F4E5F"/>
                <w:sz w:val="20"/>
                <w:szCs w:val="20"/>
              </w:rPr>
              <w:t>結帳週期</w:t>
            </w:r>
          </w:p>
        </w:tc>
        <w:tc>
          <w:tcPr>
            <w:tcW w:w="2320" w:type="dxa"/>
            <w:tcBorders>
              <w:top w:val="single" w:sz="6" w:space="0" w:color="C9D6DC"/>
              <w:left w:val="single" w:sz="6" w:space="0" w:color="C9D6DC"/>
              <w:bottom w:val="single" w:sz="6" w:space="0" w:color="C9D6DC"/>
              <w:right w:val="single" w:sz="6" w:space="0" w:color="C9D6DC"/>
            </w:tcBorders>
            <w:vAlign w:val="center"/>
          </w:tcPr>
          <w:p w14:paraId="25D3E8E8" w14:textId="60EF1968" w:rsidR="007A3098" w:rsidRPr="00325757" w:rsidRDefault="002B223D">
            <w:pPr>
              <w:spacing w:after="0" w:line="252" w:lineRule="auto"/>
              <w:rPr>
                <w:sz w:val="20"/>
                <w:szCs w:val="20"/>
              </w:rPr>
            </w:pPr>
            <w:r>
              <w:rPr>
                <w:rFonts w:ascii="新細明體" w:eastAsia="新細明體" w:hAnsi="新細明體" w:cs="Times New Roman" w:hint="eastAsia"/>
                <w:b/>
                <w:color w:val="1F4E5F"/>
                <w:sz w:val="24"/>
                <w:lang w:eastAsia="zh-TW"/>
              </w:rPr>
              <w:t>□</w:t>
            </w:r>
            <w:r w:rsidRPr="00325757">
              <w:rPr>
                <w:sz w:val="20"/>
                <w:szCs w:val="20"/>
              </w:rPr>
              <w:t>月結30日</w:t>
            </w:r>
            <w:r w:rsidR="00573982">
              <w:rPr>
                <w:rFonts w:eastAsia="新細明體"/>
                <w:sz w:val="20"/>
                <w:szCs w:val="20"/>
                <w:lang w:eastAsia="zh-TW"/>
              </w:rPr>
              <w:br/>
            </w:r>
            <w:r>
              <w:rPr>
                <w:rFonts w:ascii="新細明體" w:eastAsia="新細明體" w:hAnsi="新細明體" w:cs="Times New Roman" w:hint="eastAsia"/>
                <w:b/>
                <w:color w:val="1F4E5F"/>
                <w:sz w:val="24"/>
                <w:lang w:eastAsia="zh-TW"/>
              </w:rPr>
              <w:t>□</w:t>
            </w:r>
            <w:r w:rsidRPr="00325757">
              <w:rPr>
                <w:sz w:val="20"/>
                <w:szCs w:val="20"/>
              </w:rPr>
              <w:t>月結60日</w:t>
            </w:r>
          </w:p>
        </w:tc>
      </w:tr>
      <w:tr w:rsidR="007A3098" w:rsidRPr="00325757" w14:paraId="1FB981D7"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474DA089" w14:textId="77777777" w:rsidR="007A3098" w:rsidRPr="00325757" w:rsidRDefault="00000000">
            <w:pPr>
              <w:spacing w:after="0" w:line="252" w:lineRule="auto"/>
              <w:jc w:val="center"/>
              <w:rPr>
                <w:sz w:val="20"/>
                <w:szCs w:val="20"/>
              </w:rPr>
            </w:pPr>
            <w:r w:rsidRPr="00325757">
              <w:rPr>
                <w:b/>
                <w:color w:val="1F4E5F"/>
                <w:sz w:val="20"/>
                <w:szCs w:val="20"/>
              </w:rPr>
              <w:t>供貨與物流</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08148775" w14:textId="77777777" w:rsidR="007A3098" w:rsidRPr="00325757" w:rsidRDefault="00000000">
            <w:pPr>
              <w:spacing w:after="0" w:line="252" w:lineRule="auto"/>
              <w:jc w:val="center"/>
              <w:rPr>
                <w:sz w:val="20"/>
                <w:szCs w:val="20"/>
              </w:rPr>
            </w:pPr>
            <w:r w:rsidRPr="00325757">
              <w:rPr>
                <w:b/>
                <w:color w:val="1F4E5F"/>
                <w:sz w:val="20"/>
                <w:szCs w:val="20"/>
              </w:rPr>
              <w:t>配送方式</w:t>
            </w:r>
          </w:p>
        </w:tc>
        <w:tc>
          <w:tcPr>
            <w:tcW w:w="3543" w:type="dxa"/>
            <w:tcBorders>
              <w:top w:val="single" w:sz="6" w:space="0" w:color="C9D6DC"/>
              <w:left w:val="single" w:sz="6" w:space="0" w:color="C9D6DC"/>
              <w:bottom w:val="single" w:sz="6" w:space="0" w:color="C9D6DC"/>
              <w:right w:val="single" w:sz="6" w:space="0" w:color="C9D6DC"/>
            </w:tcBorders>
            <w:vAlign w:val="center"/>
          </w:tcPr>
          <w:p w14:paraId="169D4542" w14:textId="74EE115E" w:rsidR="007A3098" w:rsidRPr="00325757" w:rsidRDefault="002B223D">
            <w:pPr>
              <w:spacing w:after="0" w:line="252" w:lineRule="auto"/>
              <w:rPr>
                <w:sz w:val="20"/>
                <w:szCs w:val="20"/>
                <w:lang w:eastAsia="zh-TW"/>
              </w:rPr>
            </w:pPr>
            <w:r>
              <w:rPr>
                <w:rFonts w:ascii="新細明體" w:eastAsia="新細明體" w:hAnsi="新細明體" w:cs="Times New Roman" w:hint="eastAsia"/>
                <w:b/>
                <w:color w:val="1F4E5F"/>
                <w:sz w:val="24"/>
                <w:lang w:eastAsia="zh-TW"/>
              </w:rPr>
              <w:t>□</w:t>
            </w:r>
            <w:r w:rsidRPr="00325757">
              <w:rPr>
                <w:sz w:val="20"/>
                <w:szCs w:val="20"/>
                <w:lang w:eastAsia="zh-TW"/>
              </w:rPr>
              <w:t>乙方直送消費者</w:t>
            </w:r>
            <w:r>
              <w:rPr>
                <w:rFonts w:ascii="新細明體" w:eastAsia="新細明體" w:hAnsi="新細明體" w:cs="Times New Roman" w:hint="eastAsia"/>
                <w:b/>
                <w:color w:val="1F4E5F"/>
                <w:sz w:val="24"/>
                <w:lang w:eastAsia="zh-TW"/>
              </w:rPr>
              <w:t>□</w:t>
            </w:r>
            <w:r w:rsidRPr="00325757">
              <w:rPr>
                <w:sz w:val="20"/>
                <w:szCs w:val="20"/>
                <w:lang w:eastAsia="zh-TW"/>
              </w:rPr>
              <w:t>入甲方倉</w:t>
            </w:r>
            <w:r w:rsidR="00573982">
              <w:rPr>
                <w:rFonts w:eastAsia="新細明體"/>
                <w:sz w:val="20"/>
                <w:szCs w:val="20"/>
                <w:lang w:eastAsia="zh-TW"/>
              </w:rPr>
              <w:br/>
            </w:r>
            <w:r>
              <w:rPr>
                <w:rFonts w:ascii="新細明體" w:eastAsia="新細明體" w:hAnsi="新細明體" w:cs="Times New Roman" w:hint="eastAsia"/>
                <w:b/>
                <w:color w:val="1F4E5F"/>
                <w:sz w:val="24"/>
                <w:lang w:eastAsia="zh-TW"/>
              </w:rPr>
              <w:t>□</w:t>
            </w:r>
            <w:r w:rsidRPr="00325757">
              <w:rPr>
                <w:sz w:val="20"/>
                <w:szCs w:val="20"/>
                <w:lang w:eastAsia="zh-TW"/>
              </w:rPr>
              <w:t xml:space="preserve">其他：　　　</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2A76BFD5" w14:textId="77777777" w:rsidR="007A3098" w:rsidRPr="00325757" w:rsidRDefault="00000000">
            <w:pPr>
              <w:spacing w:after="0" w:line="252" w:lineRule="auto"/>
              <w:jc w:val="center"/>
              <w:rPr>
                <w:sz w:val="20"/>
                <w:szCs w:val="20"/>
              </w:rPr>
            </w:pPr>
            <w:r w:rsidRPr="00325757">
              <w:rPr>
                <w:b/>
                <w:color w:val="1F4E5F"/>
                <w:sz w:val="20"/>
                <w:szCs w:val="20"/>
              </w:rPr>
              <w:t>出貨時效</w:t>
            </w:r>
          </w:p>
        </w:tc>
        <w:tc>
          <w:tcPr>
            <w:tcW w:w="2320" w:type="dxa"/>
            <w:tcBorders>
              <w:top w:val="single" w:sz="6" w:space="0" w:color="C9D6DC"/>
              <w:left w:val="single" w:sz="6" w:space="0" w:color="C9D6DC"/>
              <w:bottom w:val="single" w:sz="6" w:space="0" w:color="C9D6DC"/>
              <w:right w:val="single" w:sz="6" w:space="0" w:color="C9D6DC"/>
            </w:tcBorders>
            <w:vAlign w:val="center"/>
          </w:tcPr>
          <w:p w14:paraId="28AA1377" w14:textId="77777777" w:rsidR="007A3098" w:rsidRPr="00325757" w:rsidRDefault="00000000">
            <w:pPr>
              <w:spacing w:after="0" w:line="252" w:lineRule="auto"/>
              <w:rPr>
                <w:sz w:val="20"/>
                <w:szCs w:val="20"/>
                <w:lang w:eastAsia="zh-TW"/>
              </w:rPr>
            </w:pPr>
            <w:r w:rsidRPr="00325757">
              <w:rPr>
                <w:sz w:val="20"/>
                <w:szCs w:val="20"/>
                <w:lang w:eastAsia="zh-TW"/>
              </w:rPr>
              <w:t>接單後　　　個工作日</w:t>
            </w:r>
          </w:p>
        </w:tc>
      </w:tr>
      <w:tr w:rsidR="007A3098" w:rsidRPr="00325757" w14:paraId="0E58B4B1"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2AB6E521" w14:textId="77777777" w:rsidR="007A3098" w:rsidRPr="00325757" w:rsidRDefault="00000000">
            <w:pPr>
              <w:spacing w:after="0" w:line="252" w:lineRule="auto"/>
              <w:jc w:val="center"/>
              <w:rPr>
                <w:sz w:val="20"/>
                <w:szCs w:val="20"/>
              </w:rPr>
            </w:pPr>
            <w:r w:rsidRPr="00325757">
              <w:rPr>
                <w:b/>
                <w:color w:val="1F4E5F"/>
                <w:sz w:val="20"/>
                <w:szCs w:val="20"/>
              </w:rPr>
              <w:t>供貨與物流</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4580FC87" w14:textId="77777777" w:rsidR="007A3098" w:rsidRPr="00325757" w:rsidRDefault="00000000">
            <w:pPr>
              <w:spacing w:after="0" w:line="252" w:lineRule="auto"/>
              <w:jc w:val="center"/>
              <w:rPr>
                <w:sz w:val="20"/>
                <w:szCs w:val="20"/>
              </w:rPr>
            </w:pPr>
            <w:r w:rsidRPr="00325757">
              <w:rPr>
                <w:b/>
                <w:color w:val="1F4E5F"/>
                <w:sz w:val="20"/>
                <w:szCs w:val="20"/>
              </w:rPr>
              <w:t>最低備貨量</w:t>
            </w:r>
          </w:p>
        </w:tc>
        <w:tc>
          <w:tcPr>
            <w:tcW w:w="3543" w:type="dxa"/>
            <w:tcBorders>
              <w:top w:val="single" w:sz="6" w:space="0" w:color="C9D6DC"/>
              <w:left w:val="single" w:sz="6" w:space="0" w:color="C9D6DC"/>
              <w:bottom w:val="single" w:sz="6" w:space="0" w:color="C9D6DC"/>
              <w:right w:val="single" w:sz="6" w:space="0" w:color="C9D6DC"/>
            </w:tcBorders>
            <w:vAlign w:val="center"/>
          </w:tcPr>
          <w:p w14:paraId="0064A335" w14:textId="6E5D0092" w:rsidR="007A3098" w:rsidRPr="00573982" w:rsidRDefault="007A3098">
            <w:pPr>
              <w:spacing w:after="0" w:line="252" w:lineRule="auto"/>
              <w:rPr>
                <w:rFonts w:eastAsia="新細明體" w:hint="eastAsia"/>
                <w:sz w:val="20"/>
                <w:szCs w:val="20"/>
                <w:lang w:eastAsia="zh-TW"/>
              </w:rPr>
            </w:pP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2FD5EBC4" w14:textId="77777777" w:rsidR="007A3098" w:rsidRPr="00325757" w:rsidRDefault="00000000">
            <w:pPr>
              <w:spacing w:after="0" w:line="252" w:lineRule="auto"/>
              <w:jc w:val="center"/>
              <w:rPr>
                <w:sz w:val="20"/>
                <w:szCs w:val="20"/>
              </w:rPr>
            </w:pPr>
            <w:r w:rsidRPr="00325757">
              <w:rPr>
                <w:b/>
                <w:color w:val="1F4E5F"/>
                <w:sz w:val="20"/>
                <w:szCs w:val="20"/>
              </w:rPr>
              <w:t>缺貨通知</w:t>
            </w:r>
          </w:p>
        </w:tc>
        <w:tc>
          <w:tcPr>
            <w:tcW w:w="2320" w:type="dxa"/>
            <w:tcBorders>
              <w:top w:val="single" w:sz="6" w:space="0" w:color="C9D6DC"/>
              <w:left w:val="single" w:sz="6" w:space="0" w:color="C9D6DC"/>
              <w:bottom w:val="single" w:sz="6" w:space="0" w:color="C9D6DC"/>
              <w:right w:val="single" w:sz="6" w:space="0" w:color="C9D6DC"/>
            </w:tcBorders>
            <w:vAlign w:val="center"/>
          </w:tcPr>
          <w:p w14:paraId="3CC28AEF" w14:textId="77777777" w:rsidR="007A3098" w:rsidRPr="00325757" w:rsidRDefault="00000000">
            <w:pPr>
              <w:spacing w:after="0" w:line="252" w:lineRule="auto"/>
              <w:rPr>
                <w:sz w:val="20"/>
                <w:szCs w:val="20"/>
              </w:rPr>
            </w:pPr>
            <w:r w:rsidRPr="00325757">
              <w:rPr>
                <w:sz w:val="20"/>
                <w:szCs w:val="20"/>
              </w:rPr>
              <w:t>至少　　　日前通知</w:t>
            </w:r>
          </w:p>
        </w:tc>
      </w:tr>
      <w:tr w:rsidR="007A3098" w:rsidRPr="00325757" w14:paraId="2E7743A0"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F8F3EA"/>
            <w:vAlign w:val="center"/>
          </w:tcPr>
          <w:p w14:paraId="7C1890D0" w14:textId="77777777" w:rsidR="007A3098" w:rsidRPr="00325757" w:rsidRDefault="00000000">
            <w:pPr>
              <w:spacing w:after="0" w:line="252" w:lineRule="auto"/>
              <w:jc w:val="center"/>
              <w:rPr>
                <w:sz w:val="20"/>
                <w:szCs w:val="20"/>
              </w:rPr>
            </w:pPr>
            <w:r w:rsidRPr="00325757">
              <w:rPr>
                <w:b/>
                <w:color w:val="1F4E5F"/>
                <w:sz w:val="20"/>
                <w:szCs w:val="20"/>
              </w:rPr>
              <w:t>退換貨與售後</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55786356" w14:textId="77777777" w:rsidR="007A3098" w:rsidRPr="00325757" w:rsidRDefault="00000000">
            <w:pPr>
              <w:spacing w:after="0" w:line="252" w:lineRule="auto"/>
              <w:jc w:val="center"/>
              <w:rPr>
                <w:sz w:val="20"/>
                <w:szCs w:val="20"/>
              </w:rPr>
            </w:pPr>
            <w:r w:rsidRPr="00325757">
              <w:rPr>
                <w:b/>
                <w:color w:val="1F4E5F"/>
                <w:sz w:val="20"/>
                <w:szCs w:val="20"/>
              </w:rPr>
              <w:t>瑕疵／破損處理</w:t>
            </w:r>
          </w:p>
        </w:tc>
        <w:tc>
          <w:tcPr>
            <w:tcW w:w="3543" w:type="dxa"/>
            <w:tcBorders>
              <w:top w:val="single" w:sz="6" w:space="0" w:color="C9D6DC"/>
              <w:left w:val="single" w:sz="6" w:space="0" w:color="C9D6DC"/>
              <w:bottom w:val="single" w:sz="6" w:space="0" w:color="C9D6DC"/>
              <w:right w:val="single" w:sz="6" w:space="0" w:color="C9D6DC"/>
            </w:tcBorders>
            <w:vAlign w:val="center"/>
          </w:tcPr>
          <w:p w14:paraId="0687CA1D" w14:textId="1EEB8936" w:rsidR="007A3098" w:rsidRPr="00325757" w:rsidRDefault="002B223D">
            <w:pPr>
              <w:spacing w:after="0" w:line="252" w:lineRule="auto"/>
              <w:rPr>
                <w:sz w:val="20"/>
                <w:szCs w:val="20"/>
                <w:lang w:eastAsia="zh-TW"/>
              </w:rPr>
            </w:pPr>
            <w:r>
              <w:rPr>
                <w:rFonts w:ascii="新細明體" w:eastAsia="新細明體" w:hAnsi="新細明體" w:cs="Times New Roman" w:hint="eastAsia"/>
                <w:b/>
                <w:color w:val="1F4E5F"/>
                <w:sz w:val="24"/>
                <w:lang w:eastAsia="zh-TW"/>
              </w:rPr>
              <w:t>□</w:t>
            </w:r>
            <w:r w:rsidRPr="00325757">
              <w:rPr>
                <w:sz w:val="20"/>
                <w:szCs w:val="20"/>
                <w:lang w:eastAsia="zh-TW"/>
              </w:rPr>
              <w:t>乙方換貨</w:t>
            </w:r>
            <w:r>
              <w:rPr>
                <w:rFonts w:ascii="新細明體" w:eastAsia="新細明體" w:hAnsi="新細明體" w:cs="Times New Roman" w:hint="eastAsia"/>
                <w:b/>
                <w:color w:val="1F4E5F"/>
                <w:sz w:val="24"/>
                <w:lang w:eastAsia="zh-TW"/>
              </w:rPr>
              <w:t>□</w:t>
            </w:r>
            <w:r w:rsidRPr="00325757">
              <w:rPr>
                <w:sz w:val="20"/>
                <w:szCs w:val="20"/>
                <w:lang w:eastAsia="zh-TW"/>
              </w:rPr>
              <w:t>乙方退款</w:t>
            </w:r>
            <w:r w:rsidR="00573982">
              <w:rPr>
                <w:rFonts w:eastAsia="新細明體"/>
                <w:sz w:val="20"/>
                <w:szCs w:val="20"/>
                <w:lang w:eastAsia="zh-TW"/>
              </w:rPr>
              <w:br/>
            </w:r>
            <w:r>
              <w:rPr>
                <w:rFonts w:ascii="新細明體" w:eastAsia="新細明體" w:hAnsi="新細明體" w:cs="Times New Roman" w:hint="eastAsia"/>
                <w:b/>
                <w:color w:val="1F4E5F"/>
                <w:sz w:val="24"/>
                <w:lang w:eastAsia="zh-TW"/>
              </w:rPr>
              <w:t>□</w:t>
            </w:r>
            <w:r w:rsidRPr="00325757">
              <w:rPr>
                <w:sz w:val="20"/>
                <w:szCs w:val="20"/>
                <w:lang w:eastAsia="zh-TW"/>
              </w:rPr>
              <w:t xml:space="preserve">其他：　　　　　　　</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22617548" w14:textId="77777777" w:rsidR="007A3098" w:rsidRPr="00325757" w:rsidRDefault="00000000">
            <w:pPr>
              <w:spacing w:after="0" w:line="252" w:lineRule="auto"/>
              <w:jc w:val="center"/>
              <w:rPr>
                <w:sz w:val="20"/>
                <w:szCs w:val="20"/>
              </w:rPr>
            </w:pPr>
            <w:r w:rsidRPr="00325757">
              <w:rPr>
                <w:b/>
                <w:color w:val="1F4E5F"/>
                <w:sz w:val="20"/>
                <w:szCs w:val="20"/>
              </w:rPr>
              <w:t>保固／客服窗口</w:t>
            </w:r>
          </w:p>
        </w:tc>
        <w:tc>
          <w:tcPr>
            <w:tcW w:w="2320" w:type="dxa"/>
            <w:tcBorders>
              <w:top w:val="single" w:sz="6" w:space="0" w:color="C9D6DC"/>
              <w:left w:val="single" w:sz="6" w:space="0" w:color="C9D6DC"/>
              <w:bottom w:val="single" w:sz="6" w:space="0" w:color="C9D6DC"/>
              <w:right w:val="single" w:sz="6" w:space="0" w:color="C9D6DC"/>
            </w:tcBorders>
            <w:vAlign w:val="center"/>
          </w:tcPr>
          <w:p w14:paraId="0FDD0E38" w14:textId="77777777" w:rsidR="007A3098" w:rsidRPr="00325757" w:rsidRDefault="00000000">
            <w:pPr>
              <w:spacing w:after="0" w:line="252" w:lineRule="auto"/>
              <w:rPr>
                <w:sz w:val="20"/>
                <w:szCs w:val="20"/>
              </w:rPr>
            </w:pPr>
            <w:r w:rsidRPr="00325757">
              <w:rPr>
                <w:sz w:val="20"/>
                <w:szCs w:val="20"/>
              </w:rPr>
              <w:t xml:space="preserve">　　　　　　　　　</w:t>
            </w:r>
          </w:p>
        </w:tc>
      </w:tr>
      <w:tr w:rsidR="007A3098" w:rsidRPr="00325757" w14:paraId="07A7F898"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F8F3EA"/>
            <w:vAlign w:val="center"/>
          </w:tcPr>
          <w:p w14:paraId="306A1D54" w14:textId="77777777" w:rsidR="007A3098" w:rsidRPr="00325757" w:rsidRDefault="00000000">
            <w:pPr>
              <w:spacing w:after="0" w:line="252" w:lineRule="auto"/>
              <w:jc w:val="center"/>
              <w:rPr>
                <w:sz w:val="20"/>
                <w:szCs w:val="20"/>
              </w:rPr>
            </w:pPr>
            <w:r w:rsidRPr="00325757">
              <w:rPr>
                <w:b/>
                <w:color w:val="1F4E5F"/>
                <w:sz w:val="20"/>
                <w:szCs w:val="20"/>
              </w:rPr>
              <w:t>退換貨與售後</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71F3EEF0" w14:textId="77777777" w:rsidR="007A3098" w:rsidRPr="00325757" w:rsidRDefault="00000000">
            <w:pPr>
              <w:spacing w:after="0" w:line="252" w:lineRule="auto"/>
              <w:jc w:val="center"/>
              <w:rPr>
                <w:sz w:val="20"/>
                <w:szCs w:val="20"/>
              </w:rPr>
            </w:pPr>
            <w:r w:rsidRPr="00325757">
              <w:rPr>
                <w:b/>
                <w:color w:val="1F4E5F"/>
                <w:sz w:val="20"/>
                <w:szCs w:val="20"/>
              </w:rPr>
              <w:t>七日鑑賞／例外</w:t>
            </w:r>
          </w:p>
        </w:tc>
        <w:tc>
          <w:tcPr>
            <w:tcW w:w="3543" w:type="dxa"/>
            <w:tcBorders>
              <w:top w:val="single" w:sz="6" w:space="0" w:color="C9D6DC"/>
              <w:left w:val="single" w:sz="6" w:space="0" w:color="C9D6DC"/>
              <w:bottom w:val="single" w:sz="6" w:space="0" w:color="C9D6DC"/>
              <w:right w:val="single" w:sz="6" w:space="0" w:color="C9D6DC"/>
            </w:tcBorders>
            <w:vAlign w:val="center"/>
          </w:tcPr>
          <w:p w14:paraId="36225BB5" w14:textId="1931F158" w:rsidR="007A3098" w:rsidRPr="00573982" w:rsidRDefault="002B223D">
            <w:pPr>
              <w:spacing w:after="0" w:line="252" w:lineRule="auto"/>
              <w:rPr>
                <w:rFonts w:eastAsia="新細明體" w:hint="eastAsia"/>
                <w:sz w:val="20"/>
                <w:szCs w:val="20"/>
                <w:lang w:eastAsia="zh-TW"/>
              </w:rPr>
            </w:pPr>
            <w:r>
              <w:rPr>
                <w:rFonts w:ascii="新細明體" w:eastAsia="新細明體" w:hAnsi="新細明體" w:cs="Times New Roman" w:hint="eastAsia"/>
                <w:b/>
                <w:color w:val="1F4E5F"/>
                <w:sz w:val="24"/>
                <w:lang w:eastAsia="zh-TW"/>
              </w:rPr>
              <w:t>□</w:t>
            </w:r>
            <w:r w:rsidRPr="00325757">
              <w:rPr>
                <w:sz w:val="20"/>
                <w:szCs w:val="20"/>
                <w:lang w:eastAsia="zh-TW"/>
              </w:rPr>
              <w:t>適用</w:t>
            </w:r>
            <w:r>
              <w:rPr>
                <w:rFonts w:ascii="新細明體" w:eastAsia="新細明體" w:hAnsi="新細明體" w:cs="Times New Roman" w:hint="eastAsia"/>
                <w:b/>
                <w:color w:val="1F4E5F"/>
                <w:sz w:val="24"/>
                <w:lang w:eastAsia="zh-TW"/>
              </w:rPr>
              <w:t>□</w:t>
            </w:r>
            <w:r w:rsidRPr="00325757">
              <w:rPr>
                <w:sz w:val="20"/>
                <w:szCs w:val="20"/>
                <w:lang w:eastAsia="zh-TW"/>
              </w:rPr>
              <w:t>依法例外，原因：</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5F250598" w14:textId="77777777" w:rsidR="007A3098" w:rsidRPr="00325757" w:rsidRDefault="00000000">
            <w:pPr>
              <w:spacing w:after="0" w:line="252" w:lineRule="auto"/>
              <w:jc w:val="center"/>
              <w:rPr>
                <w:sz w:val="20"/>
                <w:szCs w:val="20"/>
              </w:rPr>
            </w:pPr>
            <w:r w:rsidRPr="00325757">
              <w:rPr>
                <w:b/>
                <w:color w:val="1F4E5F"/>
                <w:sz w:val="20"/>
                <w:szCs w:val="20"/>
              </w:rPr>
              <w:t>退貨運費負擔</w:t>
            </w:r>
          </w:p>
        </w:tc>
        <w:tc>
          <w:tcPr>
            <w:tcW w:w="2320" w:type="dxa"/>
            <w:tcBorders>
              <w:top w:val="single" w:sz="6" w:space="0" w:color="C9D6DC"/>
              <w:left w:val="single" w:sz="6" w:space="0" w:color="C9D6DC"/>
              <w:bottom w:val="single" w:sz="6" w:space="0" w:color="C9D6DC"/>
              <w:right w:val="single" w:sz="6" w:space="0" w:color="C9D6DC"/>
            </w:tcBorders>
            <w:vAlign w:val="center"/>
          </w:tcPr>
          <w:p w14:paraId="2A548611" w14:textId="62CC7F1F" w:rsidR="007A3098" w:rsidRPr="00325757" w:rsidRDefault="00B922F2">
            <w:pPr>
              <w:spacing w:after="0" w:line="252" w:lineRule="auto"/>
              <w:rPr>
                <w:sz w:val="20"/>
                <w:szCs w:val="20"/>
                <w:lang w:eastAsia="zh-TW"/>
              </w:rPr>
            </w:pPr>
            <w:r>
              <w:rPr>
                <w:rFonts w:ascii="新細明體" w:eastAsia="新細明體" w:hAnsi="新細明體" w:cs="Times New Roman" w:hint="eastAsia"/>
                <w:b/>
                <w:color w:val="1F4E5F"/>
                <w:sz w:val="24"/>
                <w:lang w:eastAsia="zh-TW"/>
              </w:rPr>
              <w:t>□</w:t>
            </w:r>
            <w:r w:rsidRPr="00325757">
              <w:rPr>
                <w:sz w:val="20"/>
                <w:szCs w:val="20"/>
                <w:lang w:eastAsia="zh-TW"/>
              </w:rPr>
              <w:t>依責任歸屬</w:t>
            </w:r>
            <w:r w:rsidR="00325757">
              <w:rPr>
                <w:rFonts w:eastAsia="新細明體"/>
                <w:sz w:val="20"/>
                <w:szCs w:val="20"/>
                <w:lang w:eastAsia="zh-TW"/>
              </w:rPr>
              <w:br/>
            </w:r>
            <w:r>
              <w:rPr>
                <w:rFonts w:ascii="新細明體" w:eastAsia="新細明體" w:hAnsi="新細明體" w:cs="Times New Roman" w:hint="eastAsia"/>
                <w:b/>
                <w:color w:val="1F4E5F"/>
                <w:sz w:val="24"/>
                <w:lang w:eastAsia="zh-TW"/>
              </w:rPr>
              <w:t>□</w:t>
            </w:r>
            <w:r w:rsidRPr="00325757">
              <w:rPr>
                <w:sz w:val="20"/>
                <w:szCs w:val="20"/>
                <w:lang w:eastAsia="zh-TW"/>
              </w:rPr>
              <w:t xml:space="preserve"> 其他：　　　　</w:t>
            </w:r>
          </w:p>
        </w:tc>
      </w:tr>
      <w:tr w:rsidR="007A3098" w:rsidRPr="00325757" w14:paraId="19E9841C" w14:textId="77777777" w:rsidTr="00573982">
        <w:trPr>
          <w:cantSplit/>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EEF5F7"/>
            <w:vAlign w:val="center"/>
          </w:tcPr>
          <w:p w14:paraId="51F89E75" w14:textId="77777777" w:rsidR="007A3098" w:rsidRPr="00325757" w:rsidRDefault="00000000">
            <w:pPr>
              <w:spacing w:after="0" w:line="252" w:lineRule="auto"/>
              <w:jc w:val="center"/>
              <w:rPr>
                <w:sz w:val="20"/>
                <w:szCs w:val="20"/>
              </w:rPr>
            </w:pPr>
            <w:r w:rsidRPr="00325757">
              <w:rPr>
                <w:b/>
                <w:color w:val="1F4E5F"/>
                <w:sz w:val="20"/>
                <w:szCs w:val="20"/>
              </w:rPr>
              <w:t>法規與文件</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49E3D408" w14:textId="77777777" w:rsidR="007A3098" w:rsidRPr="00325757" w:rsidRDefault="00000000">
            <w:pPr>
              <w:spacing w:after="0" w:line="252" w:lineRule="auto"/>
              <w:jc w:val="center"/>
              <w:rPr>
                <w:sz w:val="20"/>
                <w:szCs w:val="20"/>
              </w:rPr>
            </w:pPr>
            <w:r w:rsidRPr="00325757">
              <w:rPr>
                <w:b/>
                <w:color w:val="1F4E5F"/>
                <w:sz w:val="20"/>
                <w:szCs w:val="20"/>
              </w:rPr>
              <w:t>應附文件</w:t>
            </w:r>
          </w:p>
        </w:tc>
        <w:tc>
          <w:tcPr>
            <w:tcW w:w="3543" w:type="dxa"/>
            <w:tcBorders>
              <w:top w:val="single" w:sz="6" w:space="0" w:color="C9D6DC"/>
              <w:left w:val="single" w:sz="6" w:space="0" w:color="C9D6DC"/>
              <w:bottom w:val="single" w:sz="6" w:space="0" w:color="C9D6DC"/>
              <w:right w:val="single" w:sz="6" w:space="0" w:color="C9D6DC"/>
            </w:tcBorders>
            <w:vAlign w:val="center"/>
          </w:tcPr>
          <w:p w14:paraId="444A1577" w14:textId="6D5B35E1" w:rsidR="007A3098" w:rsidRPr="00573982" w:rsidRDefault="002B223D">
            <w:pPr>
              <w:spacing w:after="0" w:line="252" w:lineRule="auto"/>
              <w:rPr>
                <w:rFonts w:eastAsia="新細明體" w:hint="eastAsia"/>
                <w:sz w:val="20"/>
                <w:szCs w:val="20"/>
                <w:lang w:eastAsia="zh-TW"/>
              </w:rPr>
            </w:pPr>
            <w:r>
              <w:rPr>
                <w:rFonts w:ascii="新細明體" w:eastAsia="新細明體" w:hAnsi="新細明體" w:cs="Times New Roman" w:hint="eastAsia"/>
                <w:b/>
                <w:color w:val="1F4E5F"/>
                <w:sz w:val="24"/>
                <w:lang w:eastAsia="zh-TW"/>
              </w:rPr>
              <w:t>□</w:t>
            </w:r>
            <w:r w:rsidRPr="00325757">
              <w:rPr>
                <w:sz w:val="20"/>
                <w:szCs w:val="20"/>
                <w:lang w:eastAsia="zh-TW"/>
              </w:rPr>
              <w:t>公司登記</w:t>
            </w:r>
            <w:r>
              <w:rPr>
                <w:rFonts w:ascii="新細明體" w:eastAsia="新細明體" w:hAnsi="新細明體" w:cs="Times New Roman" w:hint="eastAsia"/>
                <w:b/>
                <w:color w:val="1F4E5F"/>
                <w:sz w:val="24"/>
                <w:lang w:eastAsia="zh-TW"/>
              </w:rPr>
              <w:t>□</w:t>
            </w:r>
            <w:r w:rsidRPr="00325757">
              <w:rPr>
                <w:sz w:val="20"/>
                <w:szCs w:val="20"/>
                <w:lang w:eastAsia="zh-TW"/>
              </w:rPr>
              <w:t>產品檢驗</w:t>
            </w:r>
            <w:r>
              <w:rPr>
                <w:rFonts w:ascii="新細明體" w:eastAsia="新細明體" w:hAnsi="新細明體" w:cs="Times New Roman" w:hint="eastAsia"/>
                <w:b/>
                <w:color w:val="1F4E5F"/>
                <w:sz w:val="24"/>
                <w:lang w:eastAsia="zh-TW"/>
              </w:rPr>
              <w:t>□</w:t>
            </w:r>
            <w:r w:rsidRPr="00325757">
              <w:rPr>
                <w:sz w:val="20"/>
                <w:szCs w:val="20"/>
                <w:lang w:eastAsia="zh-TW"/>
              </w:rPr>
              <w:t>進口證明</w:t>
            </w:r>
            <w:r w:rsidR="00573982">
              <w:rPr>
                <w:rFonts w:eastAsia="新細明體"/>
                <w:sz w:val="20"/>
                <w:szCs w:val="20"/>
                <w:lang w:eastAsia="zh-TW"/>
              </w:rPr>
              <w:br/>
            </w:r>
            <w:r>
              <w:rPr>
                <w:rFonts w:ascii="新細明體" w:eastAsia="新細明體" w:hAnsi="新細明體" w:cs="Times New Roman" w:hint="eastAsia"/>
                <w:b/>
                <w:color w:val="1F4E5F"/>
                <w:sz w:val="24"/>
                <w:lang w:eastAsia="zh-TW"/>
              </w:rPr>
              <w:t>□</w:t>
            </w:r>
            <w:r w:rsidRPr="00325757">
              <w:rPr>
                <w:sz w:val="20"/>
                <w:szCs w:val="20"/>
                <w:lang w:eastAsia="zh-TW"/>
              </w:rPr>
              <w:t>投保證明</w:t>
            </w:r>
            <w:r w:rsidR="00573982">
              <w:rPr>
                <w:rFonts w:ascii="新細明體" w:eastAsia="新細明體" w:hAnsi="新細明體" w:hint="eastAsia"/>
                <w:sz w:val="20"/>
                <w:szCs w:val="20"/>
                <w:lang w:eastAsia="zh-TW"/>
              </w:rPr>
              <w:t xml:space="preserve"> </w:t>
            </w:r>
            <w:r>
              <w:rPr>
                <w:rFonts w:ascii="新細明體" w:eastAsia="新細明體" w:hAnsi="新細明體" w:cs="Times New Roman" w:hint="eastAsia"/>
                <w:b/>
                <w:color w:val="1F4E5F"/>
                <w:sz w:val="24"/>
                <w:lang w:eastAsia="zh-TW"/>
              </w:rPr>
              <w:t>□</w:t>
            </w:r>
            <w:r w:rsidRPr="00325757">
              <w:rPr>
                <w:sz w:val="20"/>
                <w:szCs w:val="20"/>
                <w:lang w:eastAsia="zh-TW"/>
              </w:rPr>
              <w:t>其他：</w:t>
            </w:r>
          </w:p>
        </w:tc>
        <w:tc>
          <w:tcPr>
            <w:tcW w:w="1933"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692658E9" w14:textId="77777777" w:rsidR="007A3098" w:rsidRPr="00325757" w:rsidRDefault="00000000">
            <w:pPr>
              <w:spacing w:after="0" w:line="252" w:lineRule="auto"/>
              <w:jc w:val="center"/>
              <w:rPr>
                <w:sz w:val="20"/>
                <w:szCs w:val="20"/>
              </w:rPr>
            </w:pPr>
            <w:r w:rsidRPr="00325757">
              <w:rPr>
                <w:b/>
                <w:color w:val="1F4E5F"/>
                <w:sz w:val="20"/>
                <w:szCs w:val="20"/>
              </w:rPr>
              <w:t>廣告限制</w:t>
            </w:r>
          </w:p>
        </w:tc>
        <w:tc>
          <w:tcPr>
            <w:tcW w:w="2320" w:type="dxa"/>
            <w:tcBorders>
              <w:top w:val="single" w:sz="6" w:space="0" w:color="C9D6DC"/>
              <w:left w:val="single" w:sz="6" w:space="0" w:color="C9D6DC"/>
              <w:bottom w:val="single" w:sz="6" w:space="0" w:color="C9D6DC"/>
              <w:right w:val="single" w:sz="6" w:space="0" w:color="C9D6DC"/>
            </w:tcBorders>
            <w:vAlign w:val="center"/>
          </w:tcPr>
          <w:p w14:paraId="7F2DC4F2" w14:textId="77777777" w:rsidR="007A3098" w:rsidRPr="00325757" w:rsidRDefault="00000000">
            <w:pPr>
              <w:spacing w:after="0" w:line="252" w:lineRule="auto"/>
              <w:rPr>
                <w:sz w:val="20"/>
                <w:szCs w:val="20"/>
              </w:rPr>
            </w:pPr>
            <w:r w:rsidRPr="00325757">
              <w:rPr>
                <w:sz w:val="20"/>
                <w:szCs w:val="20"/>
              </w:rPr>
              <w:t xml:space="preserve">　　　　　　　　　</w:t>
            </w:r>
          </w:p>
        </w:tc>
      </w:tr>
      <w:tr w:rsidR="007A3098" w:rsidRPr="00325757" w14:paraId="6A2C7ECB" w14:textId="77777777" w:rsidTr="00573982">
        <w:trPr>
          <w:cantSplit/>
          <w:trHeight w:val="1043"/>
          <w:jc w:val="center"/>
        </w:trPr>
        <w:tc>
          <w:tcPr>
            <w:tcW w:w="1473" w:type="dxa"/>
            <w:tcBorders>
              <w:top w:val="single" w:sz="6" w:space="0" w:color="C9D6DC"/>
              <w:left w:val="single" w:sz="6" w:space="0" w:color="C9D6DC"/>
              <w:bottom w:val="single" w:sz="6" w:space="0" w:color="C9D6DC"/>
              <w:right w:val="single" w:sz="6" w:space="0" w:color="C9D6DC"/>
            </w:tcBorders>
            <w:shd w:val="clear" w:color="auto" w:fill="F8F3EA"/>
            <w:vAlign w:val="center"/>
          </w:tcPr>
          <w:p w14:paraId="2E7DD3F4" w14:textId="77777777" w:rsidR="007A3098" w:rsidRPr="00325757" w:rsidRDefault="00000000">
            <w:pPr>
              <w:spacing w:after="0" w:line="252" w:lineRule="auto"/>
              <w:jc w:val="center"/>
              <w:rPr>
                <w:sz w:val="20"/>
                <w:szCs w:val="20"/>
              </w:rPr>
            </w:pPr>
            <w:r w:rsidRPr="00325757">
              <w:rPr>
                <w:b/>
                <w:color w:val="1F4E5F"/>
                <w:sz w:val="20"/>
                <w:szCs w:val="20"/>
              </w:rPr>
              <w:t>備註</w:t>
            </w:r>
          </w:p>
        </w:tc>
        <w:tc>
          <w:tcPr>
            <w:tcW w:w="1701" w:type="dxa"/>
            <w:tcBorders>
              <w:top w:val="single" w:sz="6" w:space="0" w:color="C9D6DC"/>
              <w:left w:val="single" w:sz="6" w:space="0" w:color="C9D6DC"/>
              <w:bottom w:val="single" w:sz="6" w:space="0" w:color="C9D6DC"/>
              <w:right w:val="single" w:sz="6" w:space="0" w:color="C9D6DC"/>
            </w:tcBorders>
            <w:shd w:val="clear" w:color="auto" w:fill="FAFAFA"/>
            <w:vAlign w:val="center"/>
          </w:tcPr>
          <w:p w14:paraId="2C3910CF" w14:textId="77777777" w:rsidR="007A3098" w:rsidRPr="00325757" w:rsidRDefault="00000000">
            <w:pPr>
              <w:spacing w:after="0" w:line="252" w:lineRule="auto"/>
              <w:jc w:val="center"/>
              <w:rPr>
                <w:sz w:val="20"/>
                <w:szCs w:val="20"/>
              </w:rPr>
            </w:pPr>
            <w:r w:rsidRPr="00325757">
              <w:rPr>
                <w:b/>
                <w:color w:val="1F4E5F"/>
                <w:sz w:val="20"/>
                <w:szCs w:val="20"/>
              </w:rPr>
              <w:t>特殊條件</w:t>
            </w:r>
          </w:p>
        </w:tc>
        <w:tc>
          <w:tcPr>
            <w:tcW w:w="7796" w:type="dxa"/>
            <w:gridSpan w:val="3"/>
            <w:tcBorders>
              <w:top w:val="single" w:sz="6" w:space="0" w:color="C9D6DC"/>
              <w:left w:val="single" w:sz="6" w:space="0" w:color="C9D6DC"/>
              <w:bottom w:val="single" w:sz="6" w:space="0" w:color="C9D6DC"/>
              <w:right w:val="single" w:sz="6" w:space="0" w:color="C9D6DC"/>
            </w:tcBorders>
            <w:vAlign w:val="center"/>
          </w:tcPr>
          <w:p w14:paraId="57A4D92D" w14:textId="77777777" w:rsidR="007A3098" w:rsidRPr="00325757" w:rsidRDefault="007A3098" w:rsidP="00573982">
            <w:pPr>
              <w:spacing w:after="0" w:line="252" w:lineRule="auto"/>
              <w:jc w:val="center"/>
              <w:rPr>
                <w:sz w:val="20"/>
                <w:szCs w:val="20"/>
              </w:rPr>
            </w:pPr>
          </w:p>
        </w:tc>
      </w:tr>
    </w:tbl>
    <w:p w14:paraId="48091DB8" w14:textId="4E69A8EA" w:rsidR="007A3098" w:rsidRPr="00325757" w:rsidRDefault="00000000">
      <w:pPr>
        <w:spacing w:before="120" w:after="40"/>
        <w:jc w:val="center"/>
        <w:rPr>
          <w:sz w:val="20"/>
          <w:szCs w:val="24"/>
          <w:lang w:eastAsia="zh-TW"/>
        </w:rPr>
      </w:pPr>
      <w:r w:rsidRPr="00325757">
        <w:rPr>
          <w:b/>
          <w:color w:val="1F4E5F"/>
          <w:sz w:val="20"/>
          <w:szCs w:val="24"/>
          <w:lang w:eastAsia="zh-TW"/>
        </w:rPr>
        <w:t>產品商確認：　　　　　　　　　　｜愛</w:t>
      </w:r>
      <w:r w:rsidR="00573982">
        <w:rPr>
          <w:rFonts w:ascii="新細明體" w:eastAsia="新細明體" w:hAnsi="新細明體" w:hint="eastAsia"/>
          <w:b/>
          <w:color w:val="1F4E5F"/>
          <w:sz w:val="20"/>
          <w:szCs w:val="24"/>
          <w:lang w:eastAsia="zh-TW"/>
        </w:rPr>
        <w:t xml:space="preserve"> </w:t>
      </w:r>
      <w:r w:rsidRPr="00325757">
        <w:rPr>
          <w:b/>
          <w:color w:val="1F4E5F"/>
          <w:sz w:val="20"/>
          <w:szCs w:val="24"/>
          <w:lang w:eastAsia="zh-TW"/>
        </w:rPr>
        <w:t xml:space="preserve">樂活確認：　　　　　　　　　　｜確認日期：　　　　</w:t>
      </w:r>
      <w:r w:rsidR="00573982">
        <w:rPr>
          <w:rFonts w:ascii="新細明體" w:eastAsia="新細明體" w:hAnsi="新細明體" w:hint="eastAsia"/>
          <w:b/>
          <w:color w:val="1F4E5F"/>
          <w:sz w:val="20"/>
          <w:szCs w:val="24"/>
          <w:lang w:eastAsia="zh-TW"/>
        </w:rPr>
        <w:t xml:space="preserve"> </w:t>
      </w:r>
      <w:r w:rsidRPr="00325757">
        <w:rPr>
          <w:b/>
          <w:color w:val="1F4E5F"/>
          <w:sz w:val="20"/>
          <w:szCs w:val="24"/>
          <w:lang w:eastAsia="zh-TW"/>
        </w:rPr>
        <w:t xml:space="preserve">年　　　</w:t>
      </w:r>
      <w:r w:rsidR="00573982">
        <w:rPr>
          <w:rFonts w:ascii="新細明體" w:eastAsia="新細明體" w:hAnsi="新細明體" w:hint="eastAsia"/>
          <w:b/>
          <w:color w:val="1F4E5F"/>
          <w:sz w:val="20"/>
          <w:szCs w:val="24"/>
          <w:lang w:eastAsia="zh-TW"/>
        </w:rPr>
        <w:t xml:space="preserve"> </w:t>
      </w:r>
      <w:r w:rsidRPr="00325757">
        <w:rPr>
          <w:b/>
          <w:color w:val="1F4E5F"/>
          <w:sz w:val="20"/>
          <w:szCs w:val="24"/>
          <w:lang w:eastAsia="zh-TW"/>
        </w:rPr>
        <w:t xml:space="preserve">月　　　</w:t>
      </w:r>
      <w:r w:rsidR="00573982">
        <w:rPr>
          <w:rFonts w:ascii="新細明體" w:eastAsia="新細明體" w:hAnsi="新細明體" w:hint="eastAsia"/>
          <w:b/>
          <w:color w:val="1F4E5F"/>
          <w:sz w:val="20"/>
          <w:szCs w:val="24"/>
          <w:lang w:eastAsia="zh-TW"/>
        </w:rPr>
        <w:t xml:space="preserve"> </w:t>
      </w:r>
      <w:r w:rsidRPr="00325757">
        <w:rPr>
          <w:b/>
          <w:color w:val="1F4E5F"/>
          <w:sz w:val="20"/>
          <w:szCs w:val="24"/>
          <w:lang w:eastAsia="zh-TW"/>
        </w:rPr>
        <w:t>日</w:t>
      </w:r>
    </w:p>
    <w:sectPr w:rsidR="007A3098" w:rsidRPr="00325757" w:rsidSect="00AA6370">
      <w:headerReference w:type="even" r:id="rId9"/>
      <w:headerReference w:type="default" r:id="rId10"/>
      <w:footerReference w:type="even" r:id="rId11"/>
      <w:footerReference w:type="default" r:id="rId12"/>
      <w:headerReference w:type="first" r:id="rId13"/>
      <w:footerReference w:type="first" r:id="rId14"/>
      <w:pgSz w:w="12240" w:h="15840"/>
      <w:pgMar w:top="765" w:right="758" w:bottom="765" w:left="822" w:header="113"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A6BB5" w14:textId="77777777" w:rsidR="00C661C8" w:rsidRDefault="00C661C8">
      <w:pPr>
        <w:spacing w:after="0" w:line="240" w:lineRule="auto"/>
      </w:pPr>
      <w:r>
        <w:separator/>
      </w:r>
    </w:p>
  </w:endnote>
  <w:endnote w:type="continuationSeparator" w:id="0">
    <w:p w14:paraId="329A65D8" w14:textId="77777777" w:rsidR="00C661C8" w:rsidRDefault="00C6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CJK T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F2AA" w14:textId="77777777" w:rsidR="00B922F2" w:rsidRDefault="00B922F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4CDF" w14:textId="77777777" w:rsidR="007A3098" w:rsidRDefault="00000000">
    <w:pPr>
      <w:pStyle w:val="a7"/>
      <w:jc w:val="center"/>
    </w:pPr>
    <w:r>
      <w:rPr>
        <w:color w:val="666666"/>
        <w:sz w:val="17"/>
      </w:rPr>
      <w:t xml:space="preserve">第 </w:t>
    </w:r>
    <w:r>
      <w:fldChar w:fldCharType="begin"/>
    </w:r>
    <w:r>
      <w:instrText>PAGE</w:instrText>
    </w:r>
    <w:r>
      <w:fldChar w:fldCharType="separate"/>
    </w:r>
    <w:r w:rsidR="00FD0459">
      <w:rPr>
        <w:noProof/>
      </w:rPr>
      <w:t>1</w:t>
    </w:r>
    <w:r>
      <w:fldChar w:fldCharType="end"/>
    </w:r>
    <w:r>
      <w:rPr>
        <w:color w:val="666666"/>
        <w:sz w:val="17"/>
      </w:rPr>
      <w:t xml:space="preserve"> 頁，共 </w:t>
    </w:r>
    <w:r>
      <w:fldChar w:fldCharType="begin"/>
    </w:r>
    <w:r>
      <w:instrText>NUMPAGES</w:instrText>
    </w:r>
    <w:r>
      <w:fldChar w:fldCharType="separate"/>
    </w:r>
    <w:r w:rsidR="00FD0459">
      <w:rPr>
        <w:noProof/>
      </w:rPr>
      <w:t>2</w:t>
    </w:r>
    <w:r>
      <w:fldChar w:fldCharType="end"/>
    </w:r>
    <w:r>
      <w:rPr>
        <w:color w:val="666666"/>
        <w:sz w:val="17"/>
      </w:rPr>
      <w:t xml:space="preserve"> 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1E72" w14:textId="77777777" w:rsidR="00B922F2" w:rsidRDefault="00B922F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D588" w14:textId="77777777" w:rsidR="00C661C8" w:rsidRDefault="00C661C8">
      <w:pPr>
        <w:spacing w:after="0" w:line="240" w:lineRule="auto"/>
      </w:pPr>
      <w:r>
        <w:separator/>
      </w:r>
    </w:p>
  </w:footnote>
  <w:footnote w:type="continuationSeparator" w:id="0">
    <w:p w14:paraId="436BD071" w14:textId="77777777" w:rsidR="00C661C8" w:rsidRDefault="00C6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75CC" w14:textId="77777777" w:rsidR="00B922F2" w:rsidRDefault="00B922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4106" w14:textId="77777777" w:rsidR="007A3098" w:rsidRDefault="00000000">
    <w:pPr>
      <w:pStyle w:val="a5"/>
      <w:pBdr>
        <w:bottom w:val="single" w:sz="4" w:space="1" w:color="C9D6DC"/>
      </w:pBdr>
      <w:jc w:val="right"/>
      <w:rPr>
        <w:lang w:eastAsia="zh-TW"/>
      </w:rPr>
    </w:pPr>
    <w:r>
      <w:rPr>
        <w:color w:val="666666"/>
        <w:sz w:val="17"/>
        <w:lang w:eastAsia="zh-TW"/>
      </w:rPr>
      <w:t>愛樂活家品事業有限公司｜產品商合作契約書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784B" w14:textId="77777777" w:rsidR="00B922F2" w:rsidRDefault="00B922F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78062985">
    <w:abstractNumId w:val="8"/>
  </w:num>
  <w:num w:numId="2" w16cid:durableId="1895657375">
    <w:abstractNumId w:val="6"/>
  </w:num>
  <w:num w:numId="3" w16cid:durableId="262884641">
    <w:abstractNumId w:val="5"/>
  </w:num>
  <w:num w:numId="4" w16cid:durableId="1949000245">
    <w:abstractNumId w:val="4"/>
  </w:num>
  <w:num w:numId="5" w16cid:durableId="2068142818">
    <w:abstractNumId w:val="7"/>
  </w:num>
  <w:num w:numId="6" w16cid:durableId="1335914365">
    <w:abstractNumId w:val="3"/>
  </w:num>
  <w:num w:numId="7" w16cid:durableId="1865559868">
    <w:abstractNumId w:val="2"/>
  </w:num>
  <w:num w:numId="8" w16cid:durableId="1178812558">
    <w:abstractNumId w:val="1"/>
  </w:num>
  <w:num w:numId="9" w16cid:durableId="734930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6D0A"/>
    <w:rsid w:val="0015074B"/>
    <w:rsid w:val="00216B91"/>
    <w:rsid w:val="0029639D"/>
    <w:rsid w:val="002B223D"/>
    <w:rsid w:val="00325757"/>
    <w:rsid w:val="00326F90"/>
    <w:rsid w:val="00474E41"/>
    <w:rsid w:val="00550965"/>
    <w:rsid w:val="00573982"/>
    <w:rsid w:val="006A4163"/>
    <w:rsid w:val="007A3098"/>
    <w:rsid w:val="009816C7"/>
    <w:rsid w:val="00AA1D8D"/>
    <w:rsid w:val="00AA6370"/>
    <w:rsid w:val="00B346C4"/>
    <w:rsid w:val="00B47730"/>
    <w:rsid w:val="00B72819"/>
    <w:rsid w:val="00B922F2"/>
    <w:rsid w:val="00BA01BF"/>
    <w:rsid w:val="00C661C8"/>
    <w:rsid w:val="00CB0664"/>
    <w:rsid w:val="00D51463"/>
    <w:rsid w:val="00FC693F"/>
    <w:rsid w:val="00FD04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D19381"/>
  <w14:defaultImageDpi w14:val="300"/>
  <w15:docId w15:val="{7443DA20-BEF1-49CB-905E-4C60C771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60" w:line="269" w:lineRule="auto"/>
    </w:pPr>
    <w:rPr>
      <w:rFonts w:ascii="Noto Sans CJK TC" w:eastAsia="Noto Sans CJK TC" w:hAnsi="Noto Sans CJK TC"/>
      <w:sz w:val="19"/>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ntractBody">
    <w:name w:val="Contract Body"/>
    <w:basedOn w:val="a1"/>
    <w:pPr>
      <w:spacing w:after="40" w:line="259"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chun chuang</dc:creator>
  <cp:keywords/>
  <dc:description>generated by python-docx</dc:description>
  <cp:lastModifiedBy>wen chun chuang</cp:lastModifiedBy>
  <cp:revision>2</cp:revision>
  <cp:lastPrinted>2026-05-19T09:22:00Z</cp:lastPrinted>
  <dcterms:created xsi:type="dcterms:W3CDTF">2026-05-21T07:20:00Z</dcterms:created>
  <dcterms:modified xsi:type="dcterms:W3CDTF">2026-05-21T07:20:00Z</dcterms:modified>
  <cp:category/>
</cp:coreProperties>
</file>